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303B4" w14:textId="52A9411C" w:rsidR="006D78BE" w:rsidRPr="00D4421C" w:rsidRDefault="000375DE" w:rsidP="008C2B12">
      <w:pPr>
        <w:pStyle w:val="Titolo"/>
        <w:pBdr>
          <w:bottom w:val="none" w:sz="0" w:space="0" w:color="auto"/>
        </w:pBdr>
        <w:spacing w:after="100"/>
        <w:jc w:val="center"/>
        <w:rPr>
          <w:rFonts w:ascii="Times New Roman" w:hAnsi="Times New Roman" w:cs="Times New Roman"/>
          <w:color w:val="auto"/>
          <w:lang w:val="it-IT"/>
        </w:rPr>
      </w:pPr>
      <w:r w:rsidRPr="00D4421C">
        <w:rPr>
          <w:rFonts w:ascii="Times New Roman" w:hAnsi="Times New Roman" w:cs="Times New Roman"/>
          <w:color w:val="auto"/>
          <w:lang w:val="it-IT"/>
        </w:rPr>
        <w:t xml:space="preserve">ALLEGATO </w:t>
      </w:r>
      <w:r w:rsidR="00086218">
        <w:rPr>
          <w:rFonts w:ascii="Times New Roman" w:hAnsi="Times New Roman" w:cs="Times New Roman"/>
          <w:color w:val="auto"/>
          <w:lang w:val="it-IT"/>
        </w:rPr>
        <w:t>A – Sezione B</w:t>
      </w:r>
    </w:p>
    <w:p w14:paraId="41A1FE89" w14:textId="77777777" w:rsidR="006D78BE" w:rsidRPr="00D4421C" w:rsidRDefault="000375DE">
      <w:pPr>
        <w:spacing w:after="160"/>
        <w:jc w:val="center"/>
        <w:rPr>
          <w:rFonts w:cs="Times New Roman"/>
          <w:lang w:val="it-IT"/>
        </w:rPr>
      </w:pPr>
      <w:r w:rsidRPr="00D4421C">
        <w:rPr>
          <w:rFonts w:cs="Times New Roman"/>
          <w:b/>
          <w:lang w:val="it-IT"/>
        </w:rPr>
        <w:t>DICHIARAZIONE ANALITICA DEI TITOLI, DEI SERVIZI E DELLE ATTIVITÀ VALUTABILI</w:t>
      </w:r>
    </w:p>
    <w:p w14:paraId="7EAEA834" w14:textId="77777777" w:rsidR="006D78BE" w:rsidRPr="00D4421C" w:rsidRDefault="000375DE" w:rsidP="008C2B12">
      <w:pPr>
        <w:jc w:val="both"/>
        <w:rPr>
          <w:rFonts w:cs="Times New Roman"/>
          <w:lang w:val="it-IT"/>
        </w:rPr>
      </w:pPr>
      <w:r w:rsidRPr="00D4421C">
        <w:rPr>
          <w:rFonts w:cs="Times New Roman"/>
          <w:lang w:val="it-IT"/>
        </w:rPr>
        <w:t>Dichiarazione sostitutiva di certificazione e di atto di notorietà ai sensi degli articoli 46 e 47 del d.P.R. 28 dicembre 2000, n. 445.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6236"/>
      </w:tblGrid>
      <w:tr w:rsidR="00D4421C" w:rsidRPr="00D4421C" w14:paraId="5284A302" w14:textId="77777777">
        <w:trPr>
          <w:cantSplit/>
          <w:tblHeader/>
          <w:jc w:val="center"/>
        </w:trPr>
        <w:tc>
          <w:tcPr>
            <w:tcW w:w="3118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77DC50" w14:textId="77777777" w:rsidR="006D78BE" w:rsidRPr="00D4421C" w:rsidRDefault="000375DE">
            <w:pPr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8"/>
              </w:rPr>
              <w:t>Dato</w:t>
            </w:r>
          </w:p>
        </w:tc>
        <w:tc>
          <w:tcPr>
            <w:tcW w:w="6236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4BA1A2" w14:textId="77777777" w:rsidR="006D78BE" w:rsidRPr="00D4421C" w:rsidRDefault="000375DE">
            <w:pPr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8"/>
              </w:rPr>
              <w:t>Compilazione del candidato</w:t>
            </w:r>
          </w:p>
        </w:tc>
      </w:tr>
      <w:tr w:rsidR="00D4421C" w:rsidRPr="00D4421C" w14:paraId="3D03D674" w14:textId="77777777">
        <w:trPr>
          <w:cantSplit/>
          <w:jc w:val="center"/>
        </w:trPr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6E77CA" w14:textId="77777777" w:rsidR="006D78BE" w:rsidRPr="00D4421C" w:rsidRDefault="000375DE">
            <w:pPr>
              <w:spacing w:after="0" w:line="240" w:lineRule="auto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8"/>
              </w:rPr>
              <w:t>Cognome e nome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9F66816" w14:textId="77777777" w:rsidR="006D78BE" w:rsidRPr="00D4421C" w:rsidRDefault="006D78BE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4421C" w:rsidRPr="00086218" w14:paraId="169C8980" w14:textId="77777777">
        <w:trPr>
          <w:cantSplit/>
          <w:jc w:val="center"/>
        </w:trPr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746FE66" w14:textId="77777777" w:rsidR="006D78BE" w:rsidRPr="00D4421C" w:rsidRDefault="000375DE">
            <w:pPr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8"/>
                <w:lang w:val="it-IT"/>
              </w:rPr>
              <w:t>Luogo e data di nascita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99A7C39" w14:textId="77777777" w:rsidR="006D78BE" w:rsidRPr="00D4421C" w:rsidRDefault="006D78BE">
            <w:pPr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D4421C" w14:paraId="1CD121DC" w14:textId="77777777">
        <w:trPr>
          <w:cantSplit/>
          <w:jc w:val="center"/>
        </w:trPr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E53B178" w14:textId="77777777" w:rsidR="006D78BE" w:rsidRPr="00D4421C" w:rsidRDefault="000375DE">
            <w:pPr>
              <w:spacing w:after="0" w:line="240" w:lineRule="auto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8"/>
              </w:rPr>
              <w:t>Codice fiscale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BCC0463" w14:textId="77777777" w:rsidR="006D78BE" w:rsidRPr="00D4421C" w:rsidRDefault="006D78BE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4421C" w:rsidRPr="00D4421C" w14:paraId="1F45B95B" w14:textId="77777777">
        <w:trPr>
          <w:cantSplit/>
          <w:jc w:val="center"/>
        </w:trPr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E0CAADF" w14:textId="77777777" w:rsidR="006D78BE" w:rsidRPr="00D4421C" w:rsidRDefault="000375DE">
            <w:pPr>
              <w:spacing w:after="0" w:line="240" w:lineRule="auto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8"/>
              </w:rPr>
              <w:t>Residenza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703FE75" w14:textId="77777777" w:rsidR="006D78BE" w:rsidRPr="00D4421C" w:rsidRDefault="006D78BE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4421C" w:rsidRPr="00D4421C" w14:paraId="2B416359" w14:textId="77777777">
        <w:trPr>
          <w:cantSplit/>
          <w:jc w:val="center"/>
        </w:trPr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0E48C48" w14:textId="77777777" w:rsidR="006D78BE" w:rsidRPr="00D4421C" w:rsidRDefault="000375DE">
            <w:pPr>
              <w:spacing w:after="0" w:line="240" w:lineRule="auto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8"/>
              </w:rPr>
              <w:t>Domicilio eletto (se diverso)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AE69725" w14:textId="77777777" w:rsidR="006D78BE" w:rsidRPr="00D4421C" w:rsidRDefault="006D78BE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4421C" w:rsidRPr="00D4421C" w14:paraId="79CCC5CA" w14:textId="77777777">
        <w:trPr>
          <w:cantSplit/>
          <w:jc w:val="center"/>
        </w:trPr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68D1F62" w14:textId="77777777" w:rsidR="006D78BE" w:rsidRPr="00D4421C" w:rsidRDefault="000375DE">
            <w:pPr>
              <w:spacing w:after="0" w:line="240" w:lineRule="auto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8"/>
              </w:rPr>
              <w:t>Telefono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EF9A21B" w14:textId="77777777" w:rsidR="006D78BE" w:rsidRPr="00D4421C" w:rsidRDefault="006D78BE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4421C" w:rsidRPr="00D4421C" w14:paraId="6773A43A" w14:textId="77777777">
        <w:trPr>
          <w:cantSplit/>
          <w:jc w:val="center"/>
        </w:trPr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FCCCA72" w14:textId="77777777" w:rsidR="006D78BE" w:rsidRPr="00D4421C" w:rsidRDefault="000375DE">
            <w:pPr>
              <w:spacing w:after="0" w:line="240" w:lineRule="auto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8"/>
              </w:rPr>
              <w:t>E-mail / PEC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E7F5F31" w14:textId="77777777" w:rsidR="006D78BE" w:rsidRPr="00D4421C" w:rsidRDefault="006D78BE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4421C" w:rsidRPr="00086218" w14:paraId="01734667" w14:textId="77777777">
        <w:trPr>
          <w:cantSplit/>
          <w:jc w:val="center"/>
        </w:trPr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A704592" w14:textId="77777777" w:rsidR="006D78BE" w:rsidRPr="00D4421C" w:rsidRDefault="007C28AC" w:rsidP="007C28AC">
            <w:pPr>
              <w:spacing w:after="0" w:line="240" w:lineRule="auto"/>
              <w:jc w:val="both"/>
              <w:rPr>
                <w:rFonts w:cs="Times New Roman"/>
                <w:lang w:val="it-IT"/>
              </w:rPr>
            </w:pPr>
            <w:r w:rsidRPr="007C28AC">
              <w:rPr>
                <w:rFonts w:cs="Times New Roman"/>
                <w:b/>
                <w:sz w:val="18"/>
                <w:lang w:val="it-IT"/>
              </w:rPr>
              <w:t>Insegnamento e livello per i quali si concorre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29DF96" w14:textId="77777777" w:rsidR="006D78BE" w:rsidRPr="00D4421C" w:rsidRDefault="006D78BE">
            <w:pPr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</w:tbl>
    <w:p w14:paraId="3E6086C7" w14:textId="77777777" w:rsidR="006D78BE" w:rsidRPr="00D4421C" w:rsidRDefault="006D78BE">
      <w:pPr>
        <w:spacing w:after="0"/>
        <w:rPr>
          <w:rFonts w:cs="Times New Roman"/>
          <w:lang w:val="it-IT"/>
        </w:rPr>
      </w:pPr>
    </w:p>
    <w:p w14:paraId="181F6453" w14:textId="77777777" w:rsidR="006D78BE" w:rsidRPr="00D4421C" w:rsidRDefault="000375DE" w:rsidP="008C2B12">
      <w:pPr>
        <w:jc w:val="both"/>
        <w:rPr>
          <w:rFonts w:cs="Times New Roman"/>
          <w:lang w:val="it-IT"/>
        </w:rPr>
      </w:pPr>
      <w:r w:rsidRPr="00D4421C">
        <w:rPr>
          <w:rFonts w:cs="Times New Roman"/>
          <w:lang w:val="it-IT"/>
        </w:rPr>
        <w:t>Il/La sottoscritto/a, consapevole delle responsabilità penali previste dall’articolo 76 del d.P.R. n. 445/2000 e della decadenza dai benefici conseguenti a dichiarazioni non veritiere, dichiara sotto la propria responsabilità quanto segue.</w:t>
      </w:r>
    </w:p>
    <w:p w14:paraId="075895E7" w14:textId="77777777" w:rsidR="006D78BE" w:rsidRPr="00D4421C" w:rsidRDefault="000375DE" w:rsidP="008C2B12">
      <w:pPr>
        <w:jc w:val="both"/>
        <w:rPr>
          <w:rFonts w:cs="Times New Roman"/>
          <w:lang w:val="it-IT"/>
        </w:rPr>
      </w:pPr>
      <w:r w:rsidRPr="00D4421C">
        <w:rPr>
          <w:rFonts w:cs="Times New Roman"/>
          <w:b/>
          <w:lang w:val="it-IT"/>
        </w:rPr>
        <w:t>Istruzioni essenziali. Sono valutati esclusivamente gli elementi inseriti nel presente allegato. Il curriculum può essere utilizzato soltanto come riscontro. Ogni elemento deve essere numerato e descritto mediante dati sufficienti a consentirne l’identificazione e la verifica. L’Amministrazione si riserva di richiedere la documentazione comprovante quanto dichiarato. Il medesimo titolo, servizio, prodotto o attività non può essere dichiarato in più sezioni ai fini di una doppia valutazione.</w:t>
      </w:r>
    </w:p>
    <w:p w14:paraId="6C7B78E9" w14:textId="77777777" w:rsidR="006D78BE" w:rsidRPr="00D4421C" w:rsidRDefault="000375DE" w:rsidP="008C2B12">
      <w:pPr>
        <w:pStyle w:val="Titolo1"/>
        <w:jc w:val="center"/>
        <w:rPr>
          <w:rFonts w:ascii="Times New Roman" w:hAnsi="Times New Roman" w:cs="Times New Roman"/>
          <w:color w:val="auto"/>
          <w:lang w:val="it-IT"/>
        </w:rPr>
      </w:pPr>
      <w:r w:rsidRPr="00D4421C">
        <w:rPr>
          <w:rFonts w:ascii="Times New Roman" w:hAnsi="Times New Roman" w:cs="Times New Roman"/>
          <w:color w:val="auto"/>
          <w:lang w:val="it-IT"/>
        </w:rPr>
        <w:t>SEZIONE A – TITOLI DI STUDIO E DI FORMAZIONE</w:t>
      </w:r>
    </w:p>
    <w:p w14:paraId="57DA731C" w14:textId="77777777" w:rsidR="006D78BE" w:rsidRPr="00D4421C" w:rsidRDefault="000375DE" w:rsidP="008C2B12">
      <w:pPr>
        <w:jc w:val="both"/>
        <w:rPr>
          <w:rFonts w:cs="Times New Roman"/>
          <w:lang w:val="it-IT"/>
        </w:rPr>
      </w:pPr>
      <w:r w:rsidRPr="00D4421C">
        <w:rPr>
          <w:rFonts w:cs="Times New Roman"/>
          <w:lang w:val="it-IT"/>
        </w:rPr>
        <w:t>Indicare anzitutto il titolo accademico principale e, a seguire, gli eventuali titoli post-lauream o ulteriori. Per i titoli esteri indicare gli estremi della documentazione allegata ai fini della valutabilità.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1644"/>
        <w:gridCol w:w="2268"/>
        <w:gridCol w:w="1757"/>
        <w:gridCol w:w="850"/>
      </w:tblGrid>
      <w:tr w:rsidR="00ED4769" w:rsidRPr="00D4421C" w14:paraId="0297D8EA" w14:textId="77777777">
        <w:trPr>
          <w:cantSplit/>
          <w:tblHeader/>
          <w:jc w:val="center"/>
        </w:trPr>
        <w:tc>
          <w:tcPr>
            <w:tcW w:w="397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7EEBBC" w14:textId="77777777" w:rsidR="00ED4769" w:rsidRPr="00D4421C" w:rsidRDefault="00ED4769">
            <w:pPr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N.</w:t>
            </w:r>
          </w:p>
        </w:tc>
        <w:tc>
          <w:tcPr>
            <w:tcW w:w="1644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268116" w14:textId="77777777" w:rsidR="00ED4769" w:rsidRPr="00D4421C" w:rsidRDefault="00ED4769">
            <w:pPr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Tipologia e livello</w:t>
            </w:r>
          </w:p>
        </w:tc>
        <w:tc>
          <w:tcPr>
            <w:tcW w:w="2268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32F127" w14:textId="77777777" w:rsidR="00ED4769" w:rsidRPr="00D4421C" w:rsidRDefault="00ED4769">
            <w:pPr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Denominazione / area</w:t>
            </w:r>
          </w:p>
        </w:tc>
        <w:tc>
          <w:tcPr>
            <w:tcW w:w="1757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5A1592" w14:textId="77777777" w:rsidR="00ED4769" w:rsidRPr="00D4421C" w:rsidRDefault="00ED4769">
            <w:pPr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Istituzione</w:t>
            </w:r>
          </w:p>
        </w:tc>
        <w:tc>
          <w:tcPr>
            <w:tcW w:w="850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FA68EB" w14:textId="77777777" w:rsidR="00ED4769" w:rsidRPr="00D4421C" w:rsidRDefault="00ED4769">
            <w:pPr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Data</w:t>
            </w:r>
          </w:p>
        </w:tc>
      </w:tr>
      <w:tr w:rsidR="00ED4769" w:rsidRPr="00D4421C" w14:paraId="36624C27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6693ECF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4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E9B4EB6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7277FDA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160789C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CFFA4CE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D4769" w:rsidRPr="00D4421C" w14:paraId="34A17477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4103B6C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4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DC49479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980B1B5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92E5F19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302FC9A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D4769" w:rsidRPr="00D4421C" w14:paraId="5136F1E8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0FDCEE0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4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3F63275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6FA6621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2CDF99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78AC1BA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D4769" w:rsidRPr="00D4421C" w14:paraId="2BAFC130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3EB3C5B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4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2773831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2B36E11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89259D7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8D7AE1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D4769" w:rsidRPr="00D4421C" w14:paraId="7572BCC7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09311CD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4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51EAFC3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549BC92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8D3FE7C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7D6C5E5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D4769" w:rsidRPr="00D4421C" w14:paraId="3F37DEDE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DC10F49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4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2743A11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FE449C9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3EF72EC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4189C7B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D4769" w:rsidRPr="00D4421C" w14:paraId="2E27DCB2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D6DCFBA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4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8C6EDAF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299279E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891B875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5E3518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D4769" w:rsidRPr="00D4421C" w14:paraId="2062D602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A4A5F9F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4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2433121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6C074B7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4A4D06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D79B007" w14:textId="77777777" w:rsidR="00ED4769" w:rsidRPr="00D4421C" w:rsidRDefault="00ED4769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0AB8DFEC" w14:textId="77777777" w:rsidR="006D78BE" w:rsidRPr="00D4421C" w:rsidRDefault="006D78BE">
      <w:pPr>
        <w:spacing w:after="0"/>
        <w:rPr>
          <w:rFonts w:cs="Times New Roman"/>
        </w:rPr>
      </w:pPr>
    </w:p>
    <w:p w14:paraId="7173285D" w14:textId="77777777" w:rsidR="006D78BE" w:rsidRPr="00D4421C" w:rsidRDefault="00ED4769" w:rsidP="008C2B12">
      <w:pPr>
        <w:spacing w:after="40"/>
        <w:jc w:val="both"/>
        <w:rPr>
          <w:rFonts w:cs="Times New Roman"/>
          <w:lang w:val="it-IT"/>
        </w:rPr>
      </w:pPr>
      <w:r w:rsidRPr="00ED4769">
        <w:rPr>
          <w:rFonts w:cs="Times New Roman"/>
          <w:lang w:val="it-IT"/>
        </w:rPr>
        <w:t>Il candidato dichiara i titoli posseduti, riportando per ciascuno gli elementi necessari all’attribuzione del punteggio previsto dal bando. I titoli sono valutati in base alla tipologia e al livello, indipendentemente dall’attinenza con l’insegnamento.</w:t>
      </w:r>
    </w:p>
    <w:p w14:paraId="69E06A80" w14:textId="77777777" w:rsidR="006D78BE" w:rsidRPr="00D4421C" w:rsidRDefault="000375DE" w:rsidP="008C2B12">
      <w:pPr>
        <w:pStyle w:val="Titolo1"/>
        <w:jc w:val="center"/>
        <w:rPr>
          <w:rFonts w:ascii="Times New Roman" w:hAnsi="Times New Roman" w:cs="Times New Roman"/>
          <w:color w:val="auto"/>
          <w:lang w:val="it-IT"/>
        </w:rPr>
      </w:pPr>
      <w:r w:rsidRPr="00D4421C">
        <w:rPr>
          <w:rFonts w:ascii="Times New Roman" w:hAnsi="Times New Roman" w:cs="Times New Roman"/>
          <w:color w:val="auto"/>
          <w:lang w:val="it-IT"/>
        </w:rPr>
        <w:t>SEZIONE B – ESPERIENZE DIDATTICHE DI LIVELLO ACCADEMICO O UNIVERSITARIO</w:t>
      </w:r>
    </w:p>
    <w:p w14:paraId="61628DEF" w14:textId="77777777" w:rsidR="006D78BE" w:rsidRPr="00D4421C" w:rsidRDefault="000375DE">
      <w:pPr>
        <w:rPr>
          <w:rFonts w:cs="Times New Roman"/>
        </w:rPr>
      </w:pPr>
      <w:r w:rsidRPr="00D4421C">
        <w:rPr>
          <w:rFonts w:cs="Times New Roman"/>
          <w:lang w:val="it-IT"/>
        </w:rPr>
        <w:t xml:space="preserve">Indicare separatamente ciascun servizio. Per il servizio su cattedra specificare il periodo e il numero dei giorni; per gli incarichi di insegnamento specificare il numero delle ore. </w:t>
      </w:r>
      <w:r w:rsidRPr="00D4421C">
        <w:rPr>
          <w:rFonts w:cs="Times New Roman"/>
        </w:rPr>
        <w:t>I servizi contemporanei o parzialmente sovrapposti devono essere segnalati.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567"/>
        <w:gridCol w:w="1304"/>
        <w:gridCol w:w="1134"/>
        <w:gridCol w:w="1814"/>
        <w:gridCol w:w="850"/>
        <w:gridCol w:w="907"/>
        <w:gridCol w:w="737"/>
      </w:tblGrid>
      <w:tr w:rsidR="00E91FE6" w:rsidRPr="00D4421C" w14:paraId="0F33B759" w14:textId="77777777" w:rsidTr="008C2B12">
        <w:trPr>
          <w:cantSplit/>
          <w:tblHeader/>
          <w:jc w:val="center"/>
        </w:trPr>
        <w:tc>
          <w:tcPr>
            <w:tcW w:w="393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EBF712" w14:textId="77777777" w:rsidR="00E91FE6" w:rsidRPr="00D4421C" w:rsidRDefault="00E91FE6">
            <w:pPr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3"/>
              </w:rPr>
              <w:lastRenderedPageBreak/>
              <w:t>N.</w:t>
            </w:r>
          </w:p>
        </w:tc>
        <w:tc>
          <w:tcPr>
            <w:tcW w:w="567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7240F0" w14:textId="77777777" w:rsidR="00E91FE6" w:rsidRPr="00D4421C" w:rsidRDefault="00E91FE6">
            <w:pPr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3"/>
              </w:rPr>
              <w:t>A.A.</w:t>
            </w:r>
          </w:p>
        </w:tc>
        <w:tc>
          <w:tcPr>
            <w:tcW w:w="1304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31F108" w14:textId="77777777" w:rsidR="00E91FE6" w:rsidRPr="00D4421C" w:rsidRDefault="00E91FE6">
            <w:pPr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3"/>
              </w:rPr>
              <w:t>Istituzione</w:t>
            </w:r>
          </w:p>
        </w:tc>
        <w:tc>
          <w:tcPr>
            <w:tcW w:w="1134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F8A270" w14:textId="77777777" w:rsidR="00E91FE6" w:rsidRPr="00D4421C" w:rsidRDefault="00E91FE6">
            <w:pPr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3"/>
              </w:rPr>
              <w:t>Tipologia servizio</w:t>
            </w:r>
          </w:p>
        </w:tc>
        <w:tc>
          <w:tcPr>
            <w:tcW w:w="1814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7C7722" w14:textId="77777777" w:rsidR="00E91FE6" w:rsidRPr="005C2CB3" w:rsidRDefault="00E91FE6">
            <w:pPr>
              <w:spacing w:after="0"/>
              <w:jc w:val="center"/>
              <w:rPr>
                <w:rFonts w:cs="Times New Roman"/>
                <w:lang w:val="it-IT"/>
              </w:rPr>
            </w:pPr>
            <w:r w:rsidRPr="005C2CB3">
              <w:rPr>
                <w:rFonts w:cs="Times New Roman"/>
                <w:b/>
                <w:sz w:val="13"/>
                <w:lang w:val="it-IT"/>
              </w:rPr>
              <w:t>SAD AFAM/SSD e insegnamento</w:t>
            </w:r>
          </w:p>
        </w:tc>
        <w:tc>
          <w:tcPr>
            <w:tcW w:w="850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F32208" w14:textId="77777777" w:rsidR="00E91FE6" w:rsidRPr="00D4421C" w:rsidRDefault="00E91FE6">
            <w:pPr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3"/>
              </w:rPr>
              <w:t>Livello corso</w:t>
            </w:r>
          </w:p>
        </w:tc>
        <w:tc>
          <w:tcPr>
            <w:tcW w:w="907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6D35BE" w14:textId="77777777" w:rsidR="00E91FE6" w:rsidRPr="00D4421C" w:rsidRDefault="00E91FE6">
            <w:pPr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3"/>
              </w:rPr>
              <w:t>Dal / al</w:t>
            </w:r>
          </w:p>
        </w:tc>
        <w:tc>
          <w:tcPr>
            <w:tcW w:w="737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B393A4" w14:textId="77777777" w:rsidR="00E91FE6" w:rsidRPr="00D4421C" w:rsidRDefault="00E91FE6">
            <w:pPr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3"/>
              </w:rPr>
              <w:t>Giorni o ore</w:t>
            </w:r>
          </w:p>
        </w:tc>
      </w:tr>
      <w:tr w:rsidR="00E91FE6" w:rsidRPr="00D4421C" w14:paraId="4B43AC76" w14:textId="77777777" w:rsidTr="008C2B12">
        <w:trPr>
          <w:cantSplit/>
          <w:jc w:val="center"/>
        </w:trPr>
        <w:tc>
          <w:tcPr>
            <w:tcW w:w="39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E0D90B9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75D64E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8AB6B04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3355BE3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112C85D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89D7AC4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C7B8905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A445A2A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91FE6" w:rsidRPr="00D4421C" w14:paraId="0E0D3BE6" w14:textId="77777777" w:rsidTr="008C2B12">
        <w:trPr>
          <w:cantSplit/>
          <w:jc w:val="center"/>
        </w:trPr>
        <w:tc>
          <w:tcPr>
            <w:tcW w:w="39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E3C1556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20B88B7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F88B3B6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A634826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DD3BD88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F1B018B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A170425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006C055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91FE6" w:rsidRPr="00D4421C" w14:paraId="0CACBA24" w14:textId="77777777" w:rsidTr="008C2B12">
        <w:trPr>
          <w:cantSplit/>
          <w:jc w:val="center"/>
        </w:trPr>
        <w:tc>
          <w:tcPr>
            <w:tcW w:w="39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CBF90D1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C23667C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51F849C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52EF4D1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572CCD8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02948EB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ADF4006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1A832AB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91FE6" w:rsidRPr="00D4421C" w14:paraId="03288BAB" w14:textId="77777777" w:rsidTr="008C2B12">
        <w:trPr>
          <w:cantSplit/>
          <w:jc w:val="center"/>
        </w:trPr>
        <w:tc>
          <w:tcPr>
            <w:tcW w:w="39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96DBFC2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26256A8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1A35B6C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2F729C2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F09C420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4B5F8DC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418E5DD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A37363E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91FE6" w:rsidRPr="00D4421C" w14:paraId="1A48D075" w14:textId="77777777" w:rsidTr="008C2B12">
        <w:trPr>
          <w:cantSplit/>
          <w:jc w:val="center"/>
        </w:trPr>
        <w:tc>
          <w:tcPr>
            <w:tcW w:w="39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82D9DD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7ECDCB6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4DC1266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9BABC8D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BE063D6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A62D0D3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BF1FE74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DBB6CC6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91FE6" w:rsidRPr="00D4421C" w14:paraId="3DB7DD28" w14:textId="77777777" w:rsidTr="008C2B12">
        <w:trPr>
          <w:cantSplit/>
          <w:jc w:val="center"/>
        </w:trPr>
        <w:tc>
          <w:tcPr>
            <w:tcW w:w="39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671DAF6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8EA13FE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70DBE3C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547B7CD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B62E933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C990613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58AB162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4C3FC6F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91FE6" w:rsidRPr="00D4421C" w14:paraId="0252880B" w14:textId="77777777" w:rsidTr="008C2B12">
        <w:trPr>
          <w:cantSplit/>
          <w:jc w:val="center"/>
        </w:trPr>
        <w:tc>
          <w:tcPr>
            <w:tcW w:w="39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1AC0F29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0CE8A9C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EA86009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C78F92F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7FC5798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6B91BB0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66814FE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1FA1709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91FE6" w:rsidRPr="00D4421C" w14:paraId="02591543" w14:textId="77777777" w:rsidTr="008C2B12">
        <w:trPr>
          <w:cantSplit/>
          <w:jc w:val="center"/>
        </w:trPr>
        <w:tc>
          <w:tcPr>
            <w:tcW w:w="39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339C452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A2D4BB7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6BE98BA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8F5EAF8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D43E5F1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D90AB8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17D0937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4D74AAF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91FE6" w:rsidRPr="00D4421C" w14:paraId="7C1BFEE6" w14:textId="77777777" w:rsidTr="008C2B12">
        <w:trPr>
          <w:cantSplit/>
          <w:jc w:val="center"/>
        </w:trPr>
        <w:tc>
          <w:tcPr>
            <w:tcW w:w="39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E915E38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9D84AA3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9B413DA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C6A545C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6330FD0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FF24F7D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DE05FB4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3C44871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91FE6" w:rsidRPr="00D4421C" w14:paraId="24345DD5" w14:textId="77777777" w:rsidTr="008C2B12">
        <w:trPr>
          <w:cantSplit/>
          <w:jc w:val="center"/>
        </w:trPr>
        <w:tc>
          <w:tcPr>
            <w:tcW w:w="39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90EB451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4285D85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B9885D8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55370BB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D1897CA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38402C4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A6ADFA3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112402A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91FE6" w:rsidRPr="00D4421C" w14:paraId="1D450FC5" w14:textId="77777777" w:rsidTr="008C2B12">
        <w:trPr>
          <w:cantSplit/>
          <w:jc w:val="center"/>
        </w:trPr>
        <w:tc>
          <w:tcPr>
            <w:tcW w:w="39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8006E4D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394431D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9DF596C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8764C51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D5A8F39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63568B5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9FEA9EB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9C95EC2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91FE6" w:rsidRPr="00D4421C" w14:paraId="4623466B" w14:textId="77777777" w:rsidTr="008C2B12">
        <w:trPr>
          <w:cantSplit/>
          <w:jc w:val="center"/>
        </w:trPr>
        <w:tc>
          <w:tcPr>
            <w:tcW w:w="39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D7AC37E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9AAAB30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376385D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5D1F26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480ED12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1136D2E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1506CE8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6EC909" w14:textId="77777777" w:rsidR="00E91FE6" w:rsidRPr="00D4421C" w:rsidRDefault="00E91FE6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52516324" w14:textId="77777777" w:rsidR="006D78BE" w:rsidRPr="00D4421C" w:rsidRDefault="006D78BE">
      <w:pPr>
        <w:spacing w:after="0"/>
        <w:rPr>
          <w:rFonts w:cs="Times New Roman"/>
        </w:rPr>
      </w:pPr>
    </w:p>
    <w:p w14:paraId="175547FA" w14:textId="77777777" w:rsidR="006D78BE" w:rsidRDefault="00E91FE6" w:rsidP="009A0CD3">
      <w:pPr>
        <w:spacing w:after="40"/>
        <w:jc w:val="both"/>
        <w:rPr>
          <w:rFonts w:cs="Times New Roman"/>
          <w:lang w:val="it-IT"/>
        </w:rPr>
      </w:pPr>
      <w:r w:rsidRPr="00E91FE6">
        <w:rPr>
          <w:rFonts w:cs="Times New Roman"/>
          <w:lang w:val="it-IT"/>
        </w:rPr>
        <w:t>L’attinenza delle attività didattiche dichiarate rispetto all’oggetto dell’incarico è accertata esclusivamente dalla Commissione.</w:t>
      </w:r>
    </w:p>
    <w:p w14:paraId="3DB70AE0" w14:textId="77777777" w:rsidR="00C31093" w:rsidRDefault="00C31093" w:rsidP="00C31093">
      <w:pPr>
        <w:spacing w:after="40"/>
        <w:jc w:val="both"/>
        <w:rPr>
          <w:rFonts w:cs="Times New Roman"/>
          <w:b/>
          <w:lang w:val="it-IT"/>
        </w:rPr>
      </w:pPr>
    </w:p>
    <w:p w14:paraId="32291109" w14:textId="77777777" w:rsidR="00C31093" w:rsidRPr="00C31093" w:rsidRDefault="00C31093" w:rsidP="00C31093">
      <w:pPr>
        <w:spacing w:after="40"/>
        <w:jc w:val="both"/>
        <w:rPr>
          <w:rFonts w:cs="Times New Roman"/>
          <w:b/>
          <w:lang w:val="it-IT"/>
        </w:rPr>
      </w:pPr>
      <w:r w:rsidRPr="00C31093">
        <w:rPr>
          <w:rFonts w:cs="Times New Roman"/>
          <w:b/>
          <w:lang w:val="it-IT"/>
        </w:rPr>
        <w:t>Contenuti degli insegnamenti dichiarati</w:t>
      </w:r>
    </w:p>
    <w:p w14:paraId="6C7F620E" w14:textId="77777777" w:rsidR="00C31093" w:rsidRPr="00D4421C" w:rsidRDefault="00C31093" w:rsidP="00C31093">
      <w:pPr>
        <w:spacing w:after="40"/>
        <w:jc w:val="both"/>
        <w:rPr>
          <w:rFonts w:cs="Times New Roman"/>
          <w:lang w:val="it-IT"/>
        </w:rPr>
      </w:pPr>
      <w:r w:rsidRPr="00C31093">
        <w:rPr>
          <w:rFonts w:cs="Times New Roman"/>
          <w:lang w:val="it-IT"/>
        </w:rPr>
        <w:t>Per ciascun servizio didattico la cui attinenza non risulti immediatamente dalla coincidenza del SAD AFAM/SSD, del profilo disciplinare o della denominazione dell’insegnamento, il candidato deve indicare sinteticamente i principali contenuti effettivamente svolti. In mancanza di elementi sufficienti e verificabili, la Commissione valuta il servizio esclusivamente sulla base delle informazioni disponibili e non può riconoscere un grado di attinenza superiore a quello da esse oggettivamente desumibile.</w:t>
      </w:r>
    </w:p>
    <w:p w14:paraId="6DE1A07B" w14:textId="77777777" w:rsidR="00C31093" w:rsidRDefault="00C31093" w:rsidP="008C2B12">
      <w:pPr>
        <w:pStyle w:val="Titolo1"/>
        <w:jc w:val="center"/>
        <w:rPr>
          <w:rFonts w:ascii="Times New Roman" w:hAnsi="Times New Roman" w:cs="Times New Roman"/>
          <w:color w:val="auto"/>
          <w:lang w:val="it-IT"/>
        </w:rPr>
      </w:pPr>
      <w:r>
        <w:rPr>
          <w:rFonts w:ascii="Times New Roman" w:hAnsi="Times New Roman" w:cs="Times New Roman"/>
          <w:color w:val="auto"/>
          <w:lang w:val="it-IT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4"/>
        <w:gridCol w:w="9389"/>
      </w:tblGrid>
      <w:tr w:rsidR="00C65B46" w:rsidRPr="00086218" w14:paraId="51D5C905" w14:textId="77777777" w:rsidTr="00C65B46">
        <w:trPr>
          <w:cantSplit/>
        </w:trPr>
        <w:tc>
          <w:tcPr>
            <w:tcW w:w="954" w:type="dxa"/>
          </w:tcPr>
          <w:p w14:paraId="03D67005" w14:textId="77777777" w:rsidR="00C65B46" w:rsidRPr="00C31093" w:rsidRDefault="00C65B46" w:rsidP="00C31093">
            <w:pPr>
              <w:spacing w:after="0"/>
              <w:jc w:val="center"/>
              <w:rPr>
                <w:rFonts w:cs="Times New Roman"/>
                <w:b/>
                <w:sz w:val="13"/>
              </w:rPr>
            </w:pPr>
            <w:r w:rsidRPr="00C31093">
              <w:rPr>
                <w:rFonts w:cs="Times New Roman"/>
                <w:b/>
                <w:sz w:val="13"/>
              </w:rPr>
              <w:t>N. Servizio</w:t>
            </w:r>
          </w:p>
        </w:tc>
        <w:tc>
          <w:tcPr>
            <w:tcW w:w="9389" w:type="dxa"/>
          </w:tcPr>
          <w:p w14:paraId="5494217E" w14:textId="77777777" w:rsidR="00C65B46" w:rsidRPr="00BD7F02" w:rsidRDefault="00C65B46" w:rsidP="00C31093">
            <w:pPr>
              <w:spacing w:after="0"/>
              <w:jc w:val="center"/>
              <w:rPr>
                <w:rFonts w:cs="Times New Roman"/>
                <w:b/>
                <w:sz w:val="13"/>
                <w:lang w:val="it-IT"/>
              </w:rPr>
            </w:pPr>
            <w:r w:rsidRPr="00BD7F02">
              <w:rPr>
                <w:rFonts w:cs="Times New Roman"/>
                <w:b/>
                <w:sz w:val="13"/>
                <w:lang w:val="it-IT"/>
              </w:rPr>
              <w:t>Principali contenuti didattici svolti – max 500 caratteri</w:t>
            </w:r>
          </w:p>
        </w:tc>
      </w:tr>
      <w:tr w:rsidR="00C65B46" w:rsidRPr="00086218" w14:paraId="3F441B13" w14:textId="77777777" w:rsidTr="00C65B46">
        <w:trPr>
          <w:cantSplit/>
        </w:trPr>
        <w:tc>
          <w:tcPr>
            <w:tcW w:w="954" w:type="dxa"/>
          </w:tcPr>
          <w:p w14:paraId="118DB463" w14:textId="77777777" w:rsidR="00C65B46" w:rsidRPr="00C31093" w:rsidRDefault="00C65B46" w:rsidP="008C2B12">
            <w:pPr>
              <w:pStyle w:val="Titolo1"/>
              <w:jc w:val="center"/>
              <w:outlineLvl w:val="0"/>
              <w:rPr>
                <w:rFonts w:ascii="Times New Roman" w:hAnsi="Times New Roman" w:cs="Times New Roman"/>
                <w:color w:val="auto"/>
                <w:sz w:val="14"/>
                <w:lang w:val="it-IT"/>
              </w:rPr>
            </w:pPr>
          </w:p>
        </w:tc>
        <w:tc>
          <w:tcPr>
            <w:tcW w:w="9389" w:type="dxa"/>
          </w:tcPr>
          <w:p w14:paraId="044DFF34" w14:textId="77777777" w:rsidR="00C65B46" w:rsidRPr="00C31093" w:rsidRDefault="00C65B46" w:rsidP="008C2B12">
            <w:pPr>
              <w:pStyle w:val="Titolo1"/>
              <w:jc w:val="center"/>
              <w:outlineLvl w:val="0"/>
              <w:rPr>
                <w:rFonts w:ascii="Times New Roman" w:hAnsi="Times New Roman" w:cs="Times New Roman"/>
                <w:color w:val="auto"/>
                <w:sz w:val="14"/>
                <w:lang w:val="it-IT"/>
              </w:rPr>
            </w:pPr>
          </w:p>
        </w:tc>
      </w:tr>
      <w:tr w:rsidR="00C65B46" w:rsidRPr="00086218" w14:paraId="20030168" w14:textId="77777777" w:rsidTr="00C65B46">
        <w:trPr>
          <w:cantSplit/>
        </w:trPr>
        <w:tc>
          <w:tcPr>
            <w:tcW w:w="954" w:type="dxa"/>
          </w:tcPr>
          <w:p w14:paraId="32CF6FAF" w14:textId="77777777" w:rsidR="00C65B46" w:rsidRPr="00C31093" w:rsidRDefault="00C65B46" w:rsidP="008C2B12">
            <w:pPr>
              <w:pStyle w:val="Titolo1"/>
              <w:jc w:val="center"/>
              <w:outlineLvl w:val="0"/>
              <w:rPr>
                <w:rFonts w:ascii="Times New Roman" w:hAnsi="Times New Roman" w:cs="Times New Roman"/>
                <w:color w:val="auto"/>
                <w:sz w:val="14"/>
                <w:lang w:val="it-IT"/>
              </w:rPr>
            </w:pPr>
          </w:p>
        </w:tc>
        <w:tc>
          <w:tcPr>
            <w:tcW w:w="9389" w:type="dxa"/>
          </w:tcPr>
          <w:p w14:paraId="5AFC66DD" w14:textId="77777777" w:rsidR="00C65B46" w:rsidRPr="00C31093" w:rsidRDefault="00C65B46" w:rsidP="008C2B12">
            <w:pPr>
              <w:pStyle w:val="Titolo1"/>
              <w:jc w:val="center"/>
              <w:outlineLvl w:val="0"/>
              <w:rPr>
                <w:rFonts w:ascii="Times New Roman" w:hAnsi="Times New Roman" w:cs="Times New Roman"/>
                <w:color w:val="auto"/>
                <w:sz w:val="14"/>
                <w:lang w:val="it-IT"/>
              </w:rPr>
            </w:pPr>
          </w:p>
        </w:tc>
      </w:tr>
    </w:tbl>
    <w:p w14:paraId="2E59B372" w14:textId="77777777" w:rsidR="00C65B46" w:rsidRPr="00C65B46" w:rsidRDefault="00C65B46" w:rsidP="00C65B46">
      <w:pPr>
        <w:pStyle w:val="Titolo1"/>
        <w:spacing w:before="0" w:after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18"/>
          <w:szCs w:val="22"/>
          <w:lang w:val="it-IT"/>
        </w:rPr>
      </w:pPr>
      <w:r w:rsidRPr="00C65B46">
        <w:rPr>
          <w:rFonts w:ascii="Times New Roman" w:eastAsia="Times New Roman" w:hAnsi="Times New Roman" w:cs="Times New Roman"/>
          <w:b w:val="0"/>
          <w:bCs w:val="0"/>
          <w:color w:val="auto"/>
          <w:sz w:val="18"/>
          <w:szCs w:val="22"/>
          <w:lang w:val="it-IT"/>
        </w:rPr>
        <w:t>*Il candidato riporta gli elementi necessari all’identificazione dell’insegnamento e una sintetica descrizione dei relativi contenuti. L’attinenza rispetto all’oggetto dell’incarico è valutata esclusivamente dalla Commissione. L’Amministrazione si riserva di effettuare i controlli previsti dalla normativa vigente e di richiedere, ove necessario, la documentazione comprovante quanto dichiarato.</w:t>
      </w:r>
    </w:p>
    <w:p w14:paraId="4245ECE3" w14:textId="77777777" w:rsidR="00C65B46" w:rsidRPr="00C65B46" w:rsidRDefault="00C65B46" w:rsidP="00C65B46">
      <w:pPr>
        <w:pStyle w:val="Titolo1"/>
        <w:spacing w:before="0" w:after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18"/>
          <w:szCs w:val="22"/>
          <w:lang w:val="it-IT"/>
        </w:rPr>
      </w:pPr>
      <w:r w:rsidRPr="00C65B46">
        <w:rPr>
          <w:rFonts w:ascii="Times New Roman" w:eastAsia="Times New Roman" w:hAnsi="Times New Roman" w:cs="Times New Roman"/>
          <w:b w:val="0"/>
          <w:bCs w:val="0"/>
          <w:color w:val="auto"/>
          <w:sz w:val="18"/>
          <w:szCs w:val="22"/>
          <w:lang w:val="it-IT"/>
        </w:rPr>
        <w:t>La tabella può essere duplicata dal candidato qualora gli spazi disponibili non siano sufficienti.</w:t>
      </w:r>
    </w:p>
    <w:p w14:paraId="0F9D9D74" w14:textId="77777777" w:rsidR="00B506AA" w:rsidRDefault="00C65B46" w:rsidP="00C65B46">
      <w:pPr>
        <w:pStyle w:val="Titolo1"/>
        <w:spacing w:before="0" w:after="0" w:line="240" w:lineRule="auto"/>
        <w:jc w:val="both"/>
        <w:rPr>
          <w:rFonts w:ascii="Times New Roman" w:hAnsi="Times New Roman" w:cs="Times New Roman"/>
          <w:color w:val="auto"/>
          <w:lang w:val="it-IT"/>
        </w:rPr>
      </w:pPr>
      <w:r w:rsidRPr="00C65B46">
        <w:rPr>
          <w:rFonts w:ascii="Times New Roman" w:eastAsia="Times New Roman" w:hAnsi="Times New Roman" w:cs="Times New Roman"/>
          <w:b w:val="0"/>
          <w:bCs w:val="0"/>
          <w:color w:val="auto"/>
          <w:sz w:val="18"/>
          <w:szCs w:val="22"/>
          <w:lang w:val="it-IT"/>
        </w:rPr>
        <w:t xml:space="preserve">Nella colonna “N. servizio” deve essere riportato il medesimo numero progressivo attribuito al servizio nella precedente tabella </w:t>
      </w:r>
      <w:r w:rsidRPr="00C65B46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2"/>
          <w:lang w:val="it-IT"/>
        </w:rPr>
        <w:t>della Sezione B.</w:t>
      </w:r>
    </w:p>
    <w:p w14:paraId="2CAE2E94" w14:textId="77777777" w:rsidR="006D78BE" w:rsidRPr="00D4421C" w:rsidRDefault="000375DE" w:rsidP="008C2B12">
      <w:pPr>
        <w:pStyle w:val="Titolo1"/>
        <w:pageBreakBefore/>
        <w:jc w:val="center"/>
        <w:rPr>
          <w:rFonts w:ascii="Times New Roman" w:hAnsi="Times New Roman" w:cs="Times New Roman"/>
          <w:color w:val="auto"/>
          <w:lang w:val="it-IT"/>
        </w:rPr>
      </w:pPr>
      <w:r w:rsidRPr="00D4421C">
        <w:rPr>
          <w:rFonts w:ascii="Times New Roman" w:hAnsi="Times New Roman" w:cs="Times New Roman"/>
          <w:color w:val="auto"/>
          <w:lang w:val="it-IT"/>
        </w:rPr>
        <w:lastRenderedPageBreak/>
        <w:t>SEZIONE C – PUBBLICAZIONI, PRODOTTI, PROGETTI ED ELEMENTI COMPLESSIVI DEL PROFILO</w:t>
      </w:r>
    </w:p>
    <w:p w14:paraId="313DA986" w14:textId="77777777" w:rsidR="00FF090A" w:rsidRDefault="00FF090A">
      <w:pPr>
        <w:rPr>
          <w:rFonts w:cs="Times New Roman"/>
          <w:b/>
          <w:lang w:val="it-IT"/>
        </w:rPr>
      </w:pPr>
    </w:p>
    <w:p w14:paraId="259D57A4" w14:textId="77777777" w:rsidR="00667C7E" w:rsidRPr="00D4421C" w:rsidRDefault="00667C7E">
      <w:pPr>
        <w:rPr>
          <w:rFonts w:cs="Times New Roman"/>
          <w:lang w:val="it-IT"/>
        </w:rPr>
      </w:pPr>
      <w:r w:rsidRPr="00D4421C">
        <w:rPr>
          <w:rFonts w:cs="Times New Roman"/>
          <w:b/>
          <w:lang w:val="it-IT"/>
        </w:rPr>
        <w:t>PUBBLICAZIONI, PRODOTTI E PROGETTI SELEZIONATI</w:t>
      </w:r>
    </w:p>
    <w:p w14:paraId="2037FFE1" w14:textId="77777777" w:rsidR="006D78BE" w:rsidRPr="00D4421C" w:rsidRDefault="00FB512C" w:rsidP="00FB512C">
      <w:pPr>
        <w:jc w:val="both"/>
        <w:rPr>
          <w:rFonts w:cs="Times New Roman"/>
          <w:lang w:val="it-IT"/>
        </w:rPr>
      </w:pPr>
      <w:r w:rsidRPr="00D4421C">
        <w:rPr>
          <w:rFonts w:cs="Times New Roman"/>
          <w:lang w:val="it-IT"/>
        </w:rPr>
        <w:t>Selezionare un massimo complessivo di otto elementi ritenuti maggiormente significativi e pertinenti allo specifico insegnamento. Possono essere indicati articoli in rivista scientifica, monografie o capitoli di libro, nonché prodotti o progetti scientifici, artistici, progettuali o professionali. Compilare ciascuna riga soltanto quando contrassegnata dalla lettera corrispondente. L’attinenza e la rilevanza sono valutate esclusivamente dalla Commissione sulla base degli elementi dichiarati e verificabili.</w:t>
      </w:r>
    </w:p>
    <w:p w14:paraId="1F60114A" w14:textId="77777777" w:rsidR="00447614" w:rsidRDefault="000375DE" w:rsidP="00447614">
      <w:pPr>
        <w:spacing w:after="40"/>
        <w:jc w:val="both"/>
        <w:rPr>
          <w:rFonts w:cs="Times New Roman"/>
          <w:lang w:val="it-IT"/>
        </w:rPr>
      </w:pPr>
      <w:r w:rsidRPr="00D4421C">
        <w:rPr>
          <w:rFonts w:cs="Times New Roman"/>
          <w:lang w:val="it-IT"/>
        </w:rPr>
        <w:t>Legenda: A – articolo in rivista scientifica; B – monografia o capitolo di libro; C – prodotto o progetto. Per gli articoli non è richiesto il contributo personale, poiché il numero e l’ordine degli autori non incidono sul punteggio. Per prodotti e progetti collettivi devono invece essere indicati il ruolo e il contributo del candidato. La motivazione dell’attinenza è fornita a fini descrittivi; la relativa valutazione compete esclusivamente alla Commissione.</w:t>
      </w:r>
    </w:p>
    <w:p w14:paraId="4384005A" w14:textId="77777777" w:rsidR="006D78BE" w:rsidRPr="00D4421C" w:rsidRDefault="000375DE" w:rsidP="00447614">
      <w:pPr>
        <w:pStyle w:val="Titolo2"/>
        <w:rPr>
          <w:rFonts w:ascii="Times New Roman" w:hAnsi="Times New Roman" w:cs="Times New Roman"/>
          <w:color w:val="auto"/>
          <w:lang w:val="it-IT"/>
        </w:rPr>
      </w:pPr>
      <w:r w:rsidRPr="00D4421C">
        <w:rPr>
          <w:rFonts w:ascii="Times New Roman" w:hAnsi="Times New Roman" w:cs="Times New Roman"/>
          <w:color w:val="auto"/>
          <w:lang w:val="it-IT"/>
        </w:rPr>
        <w:t>C.1.1 – Pubblicazione, prodotto o progetto n. 1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5839"/>
      </w:tblGrid>
      <w:tr w:rsidR="00D4421C" w:rsidRPr="00D4421C" w14:paraId="7D9A88BA" w14:textId="77777777">
        <w:trPr>
          <w:cantSplit/>
          <w:tblHeader/>
          <w:jc w:val="center"/>
        </w:trPr>
        <w:tc>
          <w:tcPr>
            <w:tcW w:w="3515" w:type="dxa"/>
            <w:shd w:val="clear" w:color="auto" w:fill="DCEC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0E4693" w14:textId="77777777" w:rsidR="006D78BE" w:rsidRPr="0093127F" w:rsidRDefault="000375DE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 w:rsidRPr="0093127F">
              <w:rPr>
                <w:rFonts w:cs="Times New Roman"/>
                <w:b/>
                <w:sz w:val="16"/>
                <w:szCs w:val="16"/>
              </w:rPr>
              <w:t>Voce</w:t>
            </w:r>
          </w:p>
        </w:tc>
        <w:tc>
          <w:tcPr>
            <w:tcW w:w="5839" w:type="dxa"/>
            <w:shd w:val="clear" w:color="auto" w:fill="DCEC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B652FD" w14:textId="77777777" w:rsidR="006D78BE" w:rsidRPr="0093127F" w:rsidRDefault="000375DE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 w:rsidRPr="0093127F">
              <w:rPr>
                <w:rFonts w:cs="Times New Roman"/>
                <w:b/>
                <w:sz w:val="16"/>
                <w:szCs w:val="16"/>
              </w:rPr>
              <w:t>Compilazione del candidato</w:t>
            </w:r>
          </w:p>
        </w:tc>
      </w:tr>
      <w:tr w:rsidR="00D4421C" w:rsidRPr="00086218" w14:paraId="0139E2A4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7C3917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szCs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szCs w:val="16"/>
                <w:lang w:val="it-IT"/>
              </w:rPr>
              <w:t>Tipologia: A, B o C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A6E206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szCs w:val="16"/>
                <w:lang w:val="it-IT"/>
              </w:rPr>
            </w:pPr>
          </w:p>
        </w:tc>
      </w:tr>
      <w:tr w:rsidR="00D4421C" w:rsidRPr="00086218" w14:paraId="78097884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B8549E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szCs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szCs w:val="16"/>
                <w:lang w:val="it-IT"/>
              </w:rPr>
              <w:t>Citazione bibliografica completa o titolo/denominazione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92FD3A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szCs w:val="16"/>
                <w:lang w:val="it-IT"/>
              </w:rPr>
            </w:pPr>
          </w:p>
        </w:tc>
      </w:tr>
      <w:tr w:rsidR="00D4421C" w:rsidRPr="00086218" w14:paraId="47F3C04F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614B67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szCs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szCs w:val="16"/>
                <w:lang w:val="it-IT"/>
              </w:rPr>
              <w:t>Anno / periodo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96742E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szCs w:val="16"/>
                <w:lang w:val="it-IT"/>
              </w:rPr>
            </w:pPr>
          </w:p>
        </w:tc>
      </w:tr>
      <w:tr w:rsidR="00D4421C" w:rsidRPr="00086218" w14:paraId="39EAA3B1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2567FE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szCs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szCs w:val="16"/>
                <w:lang w:val="it-IT"/>
              </w:rPr>
              <w:t>Rivista, editore/collana, ente finanziatore o committente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137E8C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szCs w:val="16"/>
                <w:lang w:val="it-IT"/>
              </w:rPr>
            </w:pPr>
          </w:p>
        </w:tc>
      </w:tr>
      <w:tr w:rsidR="00D4421C" w:rsidRPr="00086218" w14:paraId="31ECB181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96872D" w14:textId="77777777" w:rsidR="006D78BE" w:rsidRPr="0093127F" w:rsidRDefault="000375DE" w:rsidP="00077AC2">
            <w:pPr>
              <w:spacing w:after="0" w:line="240" w:lineRule="auto"/>
              <w:rPr>
                <w:rFonts w:cs="Times New Roman"/>
                <w:sz w:val="16"/>
                <w:szCs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szCs w:val="16"/>
                <w:lang w:val="it-IT"/>
              </w:rPr>
              <w:t>ISSN, ISBN, DOI, codice progetto, brevetto, URL o altro identificativo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CCCD4C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szCs w:val="16"/>
                <w:lang w:val="it-IT"/>
              </w:rPr>
            </w:pPr>
          </w:p>
        </w:tc>
      </w:tr>
      <w:tr w:rsidR="00D4421C" w:rsidRPr="00086218" w14:paraId="2972F677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6273FC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szCs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szCs w:val="16"/>
                <w:lang w:val="it-IT"/>
              </w:rPr>
              <w:t>Carattere nazionale/internazionale; referaggio; indicizzazione Scopus e/o Web of Science (A)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086762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szCs w:val="16"/>
                <w:lang w:val="it-IT"/>
              </w:rPr>
            </w:pPr>
          </w:p>
        </w:tc>
      </w:tr>
      <w:tr w:rsidR="00D4421C" w:rsidRPr="00086218" w14:paraId="1293BF49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66013B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szCs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szCs w:val="16"/>
                <w:lang w:val="it-IT"/>
              </w:rPr>
              <w:t>Carattere nazionale/internazionale del volume; editore/collana; referaggio o valutazione scientifica editoriale (B)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4A11A4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szCs w:val="16"/>
                <w:lang w:val="it-IT"/>
              </w:rPr>
            </w:pPr>
          </w:p>
        </w:tc>
      </w:tr>
      <w:tr w:rsidR="00D4421C" w:rsidRPr="00086218" w14:paraId="12D46558" w14:textId="77777777">
        <w:trPr>
          <w:cantSplit/>
          <w:trHeight w:val="482"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1E0CFD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szCs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szCs w:val="16"/>
                <w:lang w:val="it-IT"/>
              </w:rPr>
              <w:t>Ruolo e contributo personale del candidato (C)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E52BF7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szCs w:val="16"/>
                <w:lang w:val="it-IT"/>
              </w:rPr>
            </w:pPr>
          </w:p>
        </w:tc>
      </w:tr>
      <w:tr w:rsidR="00D4421C" w:rsidRPr="00086218" w14:paraId="3B929BAB" w14:textId="77777777">
        <w:trPr>
          <w:cantSplit/>
          <w:trHeight w:val="482"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40A6CC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szCs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szCs w:val="16"/>
                <w:lang w:val="it-IT"/>
              </w:rPr>
              <w:t>Procedura competitiva; dimensione; durata; partner; finanziamento; risultati verificabili (C – max 800 caratteri)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4BEB67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szCs w:val="16"/>
                <w:lang w:val="it-IT"/>
              </w:rPr>
            </w:pPr>
          </w:p>
        </w:tc>
      </w:tr>
      <w:tr w:rsidR="00D4421C" w:rsidRPr="00086218" w14:paraId="2FCF72D4" w14:textId="77777777">
        <w:trPr>
          <w:cantSplit/>
          <w:trHeight w:val="482"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6AD361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szCs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szCs w:val="16"/>
                <w:lang w:val="it-IT"/>
              </w:rPr>
              <w:t>Motivazione dell’attinenza con l’insegnamento (A-B-C – max 500 caratteri)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3BE510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szCs w:val="16"/>
                <w:lang w:val="it-IT"/>
              </w:rPr>
            </w:pPr>
          </w:p>
        </w:tc>
      </w:tr>
      <w:tr w:rsidR="00D4421C" w:rsidRPr="00086218" w14:paraId="20F7F92E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74FB98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szCs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szCs w:val="16"/>
                <w:lang w:val="it-IT"/>
              </w:rPr>
              <w:t>Rilevanza scientifica (A-B) oppure diffusione, applicazione o impatto documentabile (C)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E4C21F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szCs w:val="16"/>
                <w:lang w:val="it-IT"/>
              </w:rPr>
            </w:pPr>
          </w:p>
        </w:tc>
      </w:tr>
    </w:tbl>
    <w:p w14:paraId="641F0BFC" w14:textId="77777777" w:rsidR="006D78BE" w:rsidRPr="00D4421C" w:rsidRDefault="006D78BE">
      <w:pPr>
        <w:spacing w:after="0"/>
        <w:rPr>
          <w:rFonts w:cs="Times New Roman"/>
          <w:lang w:val="it-IT"/>
        </w:rPr>
      </w:pPr>
    </w:p>
    <w:p w14:paraId="161BBE2E" w14:textId="77777777" w:rsidR="006D78BE" w:rsidRPr="00D4421C" w:rsidRDefault="000375DE">
      <w:pPr>
        <w:pStyle w:val="Titolo2"/>
        <w:rPr>
          <w:rFonts w:ascii="Times New Roman" w:hAnsi="Times New Roman" w:cs="Times New Roman"/>
          <w:color w:val="auto"/>
          <w:lang w:val="it-IT"/>
        </w:rPr>
      </w:pPr>
      <w:r w:rsidRPr="00D4421C">
        <w:rPr>
          <w:rFonts w:ascii="Times New Roman" w:hAnsi="Times New Roman" w:cs="Times New Roman"/>
          <w:color w:val="auto"/>
          <w:lang w:val="it-IT"/>
        </w:rPr>
        <w:t>C.1.2 – Pubblicazione, prodotto o progetto n. 2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5839"/>
      </w:tblGrid>
      <w:tr w:rsidR="00D4421C" w:rsidRPr="00D4421C" w14:paraId="2FEEECFC" w14:textId="77777777">
        <w:trPr>
          <w:cantSplit/>
          <w:tblHeader/>
          <w:jc w:val="center"/>
        </w:trPr>
        <w:tc>
          <w:tcPr>
            <w:tcW w:w="3515" w:type="dxa"/>
            <w:shd w:val="clear" w:color="auto" w:fill="DCEC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5BB950" w14:textId="77777777" w:rsidR="006D78BE" w:rsidRPr="0093127F" w:rsidRDefault="000375DE">
            <w:pPr>
              <w:spacing w:after="0"/>
              <w:jc w:val="center"/>
              <w:rPr>
                <w:rFonts w:cs="Times New Roman"/>
                <w:sz w:val="16"/>
              </w:rPr>
            </w:pPr>
            <w:r w:rsidRPr="0093127F">
              <w:rPr>
                <w:rFonts w:cs="Times New Roman"/>
                <w:b/>
                <w:sz w:val="16"/>
              </w:rPr>
              <w:t>Voce</w:t>
            </w:r>
          </w:p>
        </w:tc>
        <w:tc>
          <w:tcPr>
            <w:tcW w:w="5839" w:type="dxa"/>
            <w:shd w:val="clear" w:color="auto" w:fill="DCEC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E0FA4A" w14:textId="77777777" w:rsidR="006D78BE" w:rsidRPr="0093127F" w:rsidRDefault="000375DE">
            <w:pPr>
              <w:spacing w:after="0"/>
              <w:jc w:val="center"/>
              <w:rPr>
                <w:rFonts w:cs="Times New Roman"/>
                <w:sz w:val="16"/>
              </w:rPr>
            </w:pPr>
            <w:r w:rsidRPr="0093127F">
              <w:rPr>
                <w:rFonts w:cs="Times New Roman"/>
                <w:b/>
                <w:sz w:val="16"/>
              </w:rPr>
              <w:t>Compilazione del candidato</w:t>
            </w:r>
          </w:p>
        </w:tc>
      </w:tr>
      <w:tr w:rsidR="00D4421C" w:rsidRPr="00086218" w14:paraId="2AD9AD9E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063C03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Tipologia: A, B o C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392F56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672D96D0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E642CA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Citazione bibliografica completa o titolo/denominazione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9D28A8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05157374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FF84F9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Anno / periodo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9D3560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27CDBC66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FAD8DF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Rivista, editore/collana, ente finanziatore o committente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5EB18A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670929F4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C1508D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ISSN, ISBN, DOI, codice progetto, brevetto, URL o altro identificativo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3BED3E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2ABDF1E7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9B6BF3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Carattere nazionale/internazionale; referaggio; indicizzazione Scopus e/o Web of Science (A)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894237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34E82E53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F5EE0E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Carattere nazionale/internazionale del volume; editore/collana; referaggio o valutazione scientifica editoriale (B)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BA5F56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106FA3F5" w14:textId="77777777">
        <w:trPr>
          <w:cantSplit/>
          <w:trHeight w:val="482"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45F5F3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lastRenderedPageBreak/>
              <w:t>Ruolo e contributo personale del candidato (C)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F95646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0D8BDF96" w14:textId="77777777">
        <w:trPr>
          <w:cantSplit/>
          <w:trHeight w:val="482"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F1B078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Procedura competitiva; dimensione; durata; partner; finanziamento; risultati verificabili (C – max 800 caratteri)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0BA37E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7D230D29" w14:textId="77777777">
        <w:trPr>
          <w:cantSplit/>
          <w:trHeight w:val="482"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0D238E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Motivazione dell’attinenza con l’insegnamento (A-B-C – max 500 caratteri)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19E2E9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19275600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BCDC4C" w14:textId="77777777" w:rsidR="006D78BE" w:rsidRPr="0093127F" w:rsidRDefault="000375DE" w:rsidP="008A6F99">
            <w:pPr>
              <w:widowControl w:val="0"/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Rilevanza scientifica (A-B) oppure diffusione, applicazione o impatto documentabile (C)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5C39EF" w14:textId="77777777" w:rsidR="006D78BE" w:rsidRPr="0093127F" w:rsidRDefault="006D78BE" w:rsidP="008A6F99">
            <w:pPr>
              <w:widowControl w:val="0"/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</w:tbl>
    <w:p w14:paraId="151AFF1E" w14:textId="77777777" w:rsidR="006D78BE" w:rsidRPr="00D4421C" w:rsidRDefault="000375DE" w:rsidP="008A6F99">
      <w:pPr>
        <w:pStyle w:val="Titolo2"/>
        <w:keepNext w:val="0"/>
        <w:keepLines w:val="0"/>
        <w:widowControl w:val="0"/>
        <w:rPr>
          <w:rFonts w:ascii="Times New Roman" w:hAnsi="Times New Roman" w:cs="Times New Roman"/>
          <w:color w:val="auto"/>
          <w:lang w:val="it-IT"/>
        </w:rPr>
      </w:pPr>
      <w:r w:rsidRPr="00D4421C">
        <w:rPr>
          <w:rFonts w:ascii="Times New Roman" w:hAnsi="Times New Roman" w:cs="Times New Roman"/>
          <w:color w:val="auto"/>
          <w:lang w:val="it-IT"/>
        </w:rPr>
        <w:t>C.1.3 – Pubblicazione, prodotto o progetto n. 3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5839"/>
      </w:tblGrid>
      <w:tr w:rsidR="00D4421C" w:rsidRPr="00D4421C" w14:paraId="642A47E2" w14:textId="77777777">
        <w:trPr>
          <w:cantSplit/>
          <w:tblHeader/>
          <w:jc w:val="center"/>
        </w:trPr>
        <w:tc>
          <w:tcPr>
            <w:tcW w:w="3515" w:type="dxa"/>
            <w:shd w:val="clear" w:color="auto" w:fill="DCEC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B9CF74" w14:textId="77777777" w:rsidR="006D78BE" w:rsidRPr="0093127F" w:rsidRDefault="000375DE">
            <w:pPr>
              <w:spacing w:after="0"/>
              <w:jc w:val="center"/>
              <w:rPr>
                <w:rFonts w:cs="Times New Roman"/>
                <w:sz w:val="16"/>
              </w:rPr>
            </w:pPr>
            <w:r w:rsidRPr="0093127F">
              <w:rPr>
                <w:rFonts w:cs="Times New Roman"/>
                <w:b/>
                <w:sz w:val="16"/>
              </w:rPr>
              <w:t>Voce</w:t>
            </w:r>
          </w:p>
        </w:tc>
        <w:tc>
          <w:tcPr>
            <w:tcW w:w="5839" w:type="dxa"/>
            <w:shd w:val="clear" w:color="auto" w:fill="DCEC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587FC4" w14:textId="77777777" w:rsidR="006D78BE" w:rsidRPr="0093127F" w:rsidRDefault="000375DE">
            <w:pPr>
              <w:spacing w:after="0"/>
              <w:jc w:val="center"/>
              <w:rPr>
                <w:rFonts w:cs="Times New Roman"/>
                <w:sz w:val="16"/>
              </w:rPr>
            </w:pPr>
            <w:r w:rsidRPr="0093127F">
              <w:rPr>
                <w:rFonts w:cs="Times New Roman"/>
                <w:b/>
                <w:sz w:val="16"/>
              </w:rPr>
              <w:t>Compilazione del candidato</w:t>
            </w:r>
          </w:p>
        </w:tc>
      </w:tr>
      <w:tr w:rsidR="00D4421C" w:rsidRPr="00086218" w14:paraId="4CCA5945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14A675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Tipologia: A, B o C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42ABEC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1FA80BC6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CF926C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Citazione bibliografica completa o titolo/denominazione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30F15A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7F36F228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D86AFF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Anno / periodo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8D77B9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3CCBA3A5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F4F5B1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Rivista, editore/collana, ente finanziatore o committente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828F98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7C310224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51BA38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ISSN, ISBN, DOI, codice progetto, brevetto, URL o altro identificativo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61E8E9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67F41E1D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2C1490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Carattere nazionale/internazionale; referaggio; indicizzazione Scopus e/o Web of Science (A)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1DD152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1D4ABB3F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342AE2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Carattere nazionale/internazionale del volume; editore/collana; referaggio o valutazione scientifica editoriale (B)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5DEC9B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1A6793C6" w14:textId="77777777">
        <w:trPr>
          <w:cantSplit/>
          <w:trHeight w:val="482"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FE178F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Ruolo e contributo personale del candidato (C)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DAA136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07A73AC2" w14:textId="77777777">
        <w:trPr>
          <w:cantSplit/>
          <w:trHeight w:val="482"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9CCFD9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Procedura competitiva; dimensione; durata; partner; finanziamento; risultati verificabili (C – max 800 caratteri)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DE8529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1F38F180" w14:textId="77777777">
        <w:trPr>
          <w:cantSplit/>
          <w:trHeight w:val="482"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85D52E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Motivazione dell’attinenza con l’insegnamento (A-B-C – max 500 caratteri)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502218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79EC665B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957BDD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Rilevanza scientifica (A-B) oppure diffusione, applicazione o impatto documentabile (C)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BDA840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</w:tbl>
    <w:p w14:paraId="7D1F995B" w14:textId="77777777" w:rsidR="006D78BE" w:rsidRPr="00D4421C" w:rsidRDefault="006D78BE">
      <w:pPr>
        <w:spacing w:after="0"/>
        <w:rPr>
          <w:rFonts w:cs="Times New Roman"/>
          <w:lang w:val="it-IT"/>
        </w:rPr>
      </w:pPr>
    </w:p>
    <w:p w14:paraId="404B3244" w14:textId="77777777" w:rsidR="006D78BE" w:rsidRPr="00D4421C" w:rsidRDefault="000375DE">
      <w:pPr>
        <w:pStyle w:val="Titolo2"/>
        <w:pageBreakBefore/>
        <w:rPr>
          <w:rFonts w:ascii="Times New Roman" w:hAnsi="Times New Roman" w:cs="Times New Roman"/>
          <w:color w:val="auto"/>
          <w:lang w:val="it-IT"/>
        </w:rPr>
      </w:pPr>
      <w:r w:rsidRPr="00D4421C">
        <w:rPr>
          <w:rFonts w:ascii="Times New Roman" w:hAnsi="Times New Roman" w:cs="Times New Roman"/>
          <w:color w:val="auto"/>
          <w:lang w:val="it-IT"/>
        </w:rPr>
        <w:lastRenderedPageBreak/>
        <w:t>C.1.4 – Pubblicazione, prodotto o progetto n. 4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5839"/>
      </w:tblGrid>
      <w:tr w:rsidR="00D4421C" w:rsidRPr="00D4421C" w14:paraId="45400694" w14:textId="77777777">
        <w:trPr>
          <w:cantSplit/>
          <w:tblHeader/>
          <w:jc w:val="center"/>
        </w:trPr>
        <w:tc>
          <w:tcPr>
            <w:tcW w:w="3515" w:type="dxa"/>
            <w:shd w:val="clear" w:color="auto" w:fill="DCEC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D43E6F" w14:textId="77777777" w:rsidR="006D78BE" w:rsidRPr="0093127F" w:rsidRDefault="000375DE">
            <w:pPr>
              <w:spacing w:after="0"/>
              <w:jc w:val="center"/>
              <w:rPr>
                <w:rFonts w:cs="Times New Roman"/>
                <w:sz w:val="16"/>
              </w:rPr>
            </w:pPr>
            <w:r w:rsidRPr="0093127F">
              <w:rPr>
                <w:rFonts w:cs="Times New Roman"/>
                <w:b/>
                <w:sz w:val="16"/>
              </w:rPr>
              <w:t>Voce</w:t>
            </w:r>
          </w:p>
        </w:tc>
        <w:tc>
          <w:tcPr>
            <w:tcW w:w="5839" w:type="dxa"/>
            <w:shd w:val="clear" w:color="auto" w:fill="DCEC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6BF919" w14:textId="77777777" w:rsidR="006D78BE" w:rsidRPr="0093127F" w:rsidRDefault="000375DE">
            <w:pPr>
              <w:spacing w:after="0"/>
              <w:jc w:val="center"/>
              <w:rPr>
                <w:rFonts w:cs="Times New Roman"/>
                <w:sz w:val="16"/>
              </w:rPr>
            </w:pPr>
            <w:r w:rsidRPr="0093127F">
              <w:rPr>
                <w:rFonts w:cs="Times New Roman"/>
                <w:b/>
                <w:sz w:val="16"/>
              </w:rPr>
              <w:t>Compilazione del candidato</w:t>
            </w:r>
          </w:p>
        </w:tc>
      </w:tr>
      <w:tr w:rsidR="00D4421C" w:rsidRPr="00086218" w14:paraId="019B2D58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493515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Tipologia: A, B o C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862DE3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280EA09F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272E35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Citazione bibliografica completa o titolo/denominazione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248BA9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5B44E958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34BF83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Anno / periodo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A3F6EF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46CE423D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B8A97C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Rivista, editore/collana, ente finanziatore o committente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4AF60E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30579090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CFFF1D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ISSN, ISBN, DOI, codice progetto, brevetto, URL o altro identificativo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7AFD63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6643B151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51B6BC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Carattere nazionale/internazionale; referaggio; indicizzazione Scopus e/o Web of Science (A)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DC1CA5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38A3C360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F6664A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Carattere nazionale/internazionale del volume; editore/collana; referaggio o valutazione scientifica editoriale (B)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BEF403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6E3E3154" w14:textId="77777777">
        <w:trPr>
          <w:cantSplit/>
          <w:trHeight w:val="482"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8AFAC3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Ruolo e contributo personale del candidato (C)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C2FBAE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66B3A92E" w14:textId="77777777">
        <w:trPr>
          <w:cantSplit/>
          <w:trHeight w:val="482"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F74BAA" w14:textId="77777777" w:rsidR="006D78BE" w:rsidRPr="0093127F" w:rsidRDefault="000375D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Procedura competitiva; dimensione; durata; partner; finanziamento; risultati verificabili (C – max 800 caratteri)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1EA52E" w14:textId="77777777" w:rsidR="006D78BE" w:rsidRPr="0093127F" w:rsidRDefault="006D78BE">
            <w:pPr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6DB6301E" w14:textId="77777777">
        <w:trPr>
          <w:cantSplit/>
          <w:trHeight w:val="482"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6E30E4" w14:textId="77777777" w:rsidR="006D78BE" w:rsidRPr="0093127F" w:rsidRDefault="000375DE" w:rsidP="0093127F">
            <w:pPr>
              <w:widowControl w:val="0"/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Motivazione dell’attinenza con l’insegnamento (A-B-C – max 500 caratteri)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5652E0" w14:textId="77777777" w:rsidR="006D78BE" w:rsidRPr="0093127F" w:rsidRDefault="006D78BE" w:rsidP="0093127F">
            <w:pPr>
              <w:widowControl w:val="0"/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  <w:tr w:rsidR="00D4421C" w:rsidRPr="00086218" w14:paraId="6464AFA0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60D973" w14:textId="77777777" w:rsidR="006D78BE" w:rsidRPr="0093127F" w:rsidRDefault="000375DE" w:rsidP="0093127F">
            <w:pPr>
              <w:widowControl w:val="0"/>
              <w:spacing w:after="0" w:line="240" w:lineRule="auto"/>
              <w:rPr>
                <w:rFonts w:cs="Times New Roman"/>
                <w:sz w:val="16"/>
                <w:lang w:val="it-IT"/>
              </w:rPr>
            </w:pPr>
            <w:r w:rsidRPr="0093127F">
              <w:rPr>
                <w:rFonts w:cs="Times New Roman"/>
                <w:b/>
                <w:sz w:val="16"/>
                <w:lang w:val="it-IT"/>
              </w:rPr>
              <w:t>Rilevanza scientifica (A-B) oppure diffusione, applicazione o impatto documentabile (C)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82CFA4" w14:textId="77777777" w:rsidR="006D78BE" w:rsidRPr="0093127F" w:rsidRDefault="006D78BE" w:rsidP="0093127F">
            <w:pPr>
              <w:widowControl w:val="0"/>
              <w:spacing w:after="0" w:line="240" w:lineRule="auto"/>
              <w:rPr>
                <w:rFonts w:cs="Times New Roman"/>
                <w:sz w:val="16"/>
                <w:lang w:val="it-IT"/>
              </w:rPr>
            </w:pPr>
          </w:p>
        </w:tc>
      </w:tr>
    </w:tbl>
    <w:p w14:paraId="05B28BD5" w14:textId="77777777" w:rsidR="006D78BE" w:rsidRPr="00D4421C" w:rsidRDefault="000375DE" w:rsidP="0093127F">
      <w:pPr>
        <w:pStyle w:val="Titolo2"/>
        <w:keepNext w:val="0"/>
        <w:keepLines w:val="0"/>
        <w:widowControl w:val="0"/>
        <w:rPr>
          <w:rFonts w:ascii="Times New Roman" w:hAnsi="Times New Roman" w:cs="Times New Roman"/>
          <w:color w:val="auto"/>
          <w:lang w:val="it-IT"/>
        </w:rPr>
      </w:pPr>
      <w:r w:rsidRPr="00D4421C">
        <w:rPr>
          <w:rFonts w:ascii="Times New Roman" w:hAnsi="Times New Roman" w:cs="Times New Roman"/>
          <w:color w:val="auto"/>
          <w:lang w:val="it-IT"/>
        </w:rPr>
        <w:t>C.1.5 – Pubblicazione, prodotto o progetto n. 5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5839"/>
      </w:tblGrid>
      <w:tr w:rsidR="00D4421C" w:rsidRPr="00D4421C" w14:paraId="1B595A30" w14:textId="77777777">
        <w:trPr>
          <w:cantSplit/>
          <w:tblHeader/>
          <w:jc w:val="center"/>
        </w:trPr>
        <w:tc>
          <w:tcPr>
            <w:tcW w:w="3515" w:type="dxa"/>
            <w:shd w:val="clear" w:color="auto" w:fill="DCEC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AB23C7" w14:textId="77777777" w:rsidR="006D78BE" w:rsidRPr="00D4421C" w:rsidRDefault="000375DE" w:rsidP="00FB512C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Voce</w:t>
            </w:r>
          </w:p>
        </w:tc>
        <w:tc>
          <w:tcPr>
            <w:tcW w:w="5839" w:type="dxa"/>
            <w:shd w:val="clear" w:color="auto" w:fill="DCEC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884204" w14:textId="77777777" w:rsidR="006D78BE" w:rsidRPr="00D4421C" w:rsidRDefault="000375DE" w:rsidP="00FB512C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Compilazione del candidato</w:t>
            </w:r>
          </w:p>
        </w:tc>
      </w:tr>
      <w:tr w:rsidR="00D4421C" w:rsidRPr="00086218" w14:paraId="0C1C125D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E5A8E5" w14:textId="77777777" w:rsidR="006D78BE" w:rsidRPr="00E615E3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E615E3">
              <w:rPr>
                <w:rFonts w:cs="Times New Roman"/>
                <w:b/>
                <w:sz w:val="15"/>
                <w:lang w:val="it-IT"/>
              </w:rPr>
              <w:t>Tipologia: A, B o C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8D41A3" w14:textId="77777777" w:rsidR="006D78BE" w:rsidRPr="00E615E3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60EDA712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F92EE9" w14:textId="77777777" w:rsidR="006D78BE" w:rsidRPr="00E615E3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E615E3">
              <w:rPr>
                <w:rFonts w:cs="Times New Roman"/>
                <w:b/>
                <w:sz w:val="15"/>
                <w:lang w:val="it-IT"/>
              </w:rPr>
              <w:t>Citazione bibliografica completa o titolo/denominazione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89722B" w14:textId="77777777" w:rsidR="006D78BE" w:rsidRPr="00E615E3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0F9BCFFA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2F5A5F" w14:textId="77777777" w:rsidR="006D78BE" w:rsidRPr="00E615E3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E615E3">
              <w:rPr>
                <w:rFonts w:cs="Times New Roman"/>
                <w:b/>
                <w:sz w:val="15"/>
                <w:lang w:val="it-IT"/>
              </w:rPr>
              <w:t>Anno / periodo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AAB983" w14:textId="77777777" w:rsidR="006D78BE" w:rsidRPr="00E615E3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4537831D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86672F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Rivista, editore/collana, ente finanziatore o committente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316D36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6BA6A416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ADC8D9" w14:textId="77777777" w:rsidR="006D78BE" w:rsidRPr="00E615E3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E615E3">
              <w:rPr>
                <w:rFonts w:cs="Times New Roman"/>
                <w:b/>
                <w:sz w:val="15"/>
                <w:lang w:val="it-IT"/>
              </w:rPr>
              <w:t>ISSN, ISBN, DOI, codice progetto, brevetto, URL o altro identificativo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FF1A75" w14:textId="77777777" w:rsidR="006D78BE" w:rsidRPr="00E615E3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1EE81E8E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F1D8EC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Carattere nazionale/internazionale; referaggio; indicizzazione Scopus e/o Web of Science (A)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1BDC88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1DB7E050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E8FC8F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Carattere nazionale/internazionale del volume; editore/collana; referaggio o valutazione scientifica editoriale (B)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2DE506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22B5FB7C" w14:textId="77777777">
        <w:trPr>
          <w:cantSplit/>
          <w:trHeight w:val="482"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251B54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Ruolo e contributo personale del candidato (C)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963D2E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03233F4B" w14:textId="77777777">
        <w:trPr>
          <w:cantSplit/>
          <w:trHeight w:val="482"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7D7B7F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Procedura competitiva; dimensione; durata; partner; finanziamento; risultati verificabili (C – max 800 caratteri)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F77A7E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4416C8F6" w14:textId="77777777">
        <w:trPr>
          <w:cantSplit/>
          <w:trHeight w:val="482"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3FDC1C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Motivazione dell’attinenza con l’insegnamento (A-B-C – max 500 caratteri)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EC2365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5D810123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28552B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Rilevanza scientifica (A-B) oppure diffusione, applicazione o impatto documentabile (C)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581741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</w:tbl>
    <w:p w14:paraId="39158477" w14:textId="77777777" w:rsidR="006D78BE" w:rsidRPr="00D4421C" w:rsidRDefault="006D78BE" w:rsidP="00FB512C">
      <w:pPr>
        <w:widowControl w:val="0"/>
        <w:spacing w:after="0"/>
        <w:rPr>
          <w:rFonts w:cs="Times New Roman"/>
          <w:lang w:val="it-IT"/>
        </w:rPr>
      </w:pPr>
    </w:p>
    <w:p w14:paraId="0987A087" w14:textId="77777777" w:rsidR="0093127F" w:rsidRDefault="0093127F">
      <w:pPr>
        <w:spacing w:after="200" w:line="276" w:lineRule="auto"/>
        <w:rPr>
          <w:rFonts w:eastAsiaTheme="majorEastAsia" w:cs="Times New Roman"/>
          <w:b/>
          <w:bCs/>
          <w:sz w:val="21"/>
          <w:szCs w:val="26"/>
          <w:lang w:val="it-IT"/>
        </w:rPr>
      </w:pPr>
      <w:r>
        <w:rPr>
          <w:rFonts w:cs="Times New Roman"/>
          <w:lang w:val="it-IT"/>
        </w:rPr>
        <w:br w:type="page"/>
      </w:r>
    </w:p>
    <w:p w14:paraId="3325FF9C" w14:textId="77777777" w:rsidR="006D78BE" w:rsidRPr="00D4421C" w:rsidRDefault="000375DE" w:rsidP="00FB512C">
      <w:pPr>
        <w:pStyle w:val="Titolo2"/>
        <w:keepLines w:val="0"/>
        <w:widowControl w:val="0"/>
        <w:rPr>
          <w:rFonts w:ascii="Times New Roman" w:hAnsi="Times New Roman" w:cs="Times New Roman"/>
          <w:color w:val="auto"/>
          <w:lang w:val="it-IT"/>
        </w:rPr>
      </w:pPr>
      <w:r w:rsidRPr="00D4421C">
        <w:rPr>
          <w:rFonts w:ascii="Times New Roman" w:hAnsi="Times New Roman" w:cs="Times New Roman"/>
          <w:color w:val="auto"/>
          <w:lang w:val="it-IT"/>
        </w:rPr>
        <w:lastRenderedPageBreak/>
        <w:t>C.1.6 – Pubblicazione, prodotto o progetto n. 6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5839"/>
      </w:tblGrid>
      <w:tr w:rsidR="00D4421C" w:rsidRPr="00D4421C" w14:paraId="349013D9" w14:textId="77777777">
        <w:trPr>
          <w:cantSplit/>
          <w:tblHeader/>
          <w:jc w:val="center"/>
        </w:trPr>
        <w:tc>
          <w:tcPr>
            <w:tcW w:w="3515" w:type="dxa"/>
            <w:shd w:val="clear" w:color="auto" w:fill="DCEC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CBCFB9" w14:textId="77777777" w:rsidR="006D78BE" w:rsidRPr="00D4421C" w:rsidRDefault="000375DE" w:rsidP="00FB512C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Voce</w:t>
            </w:r>
          </w:p>
        </w:tc>
        <w:tc>
          <w:tcPr>
            <w:tcW w:w="5839" w:type="dxa"/>
            <w:shd w:val="clear" w:color="auto" w:fill="DCEC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ECD40F" w14:textId="77777777" w:rsidR="006D78BE" w:rsidRPr="00D4421C" w:rsidRDefault="000375DE" w:rsidP="00FB512C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Compilazione del candidato</w:t>
            </w:r>
          </w:p>
        </w:tc>
      </w:tr>
      <w:tr w:rsidR="00D4421C" w:rsidRPr="00086218" w14:paraId="704E247F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5641DA" w14:textId="77777777" w:rsidR="006D78BE" w:rsidRPr="00E615E3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E615E3">
              <w:rPr>
                <w:rFonts w:cs="Times New Roman"/>
                <w:b/>
                <w:sz w:val="15"/>
                <w:lang w:val="it-IT"/>
              </w:rPr>
              <w:t>Tipologia: A, B o C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290FC1" w14:textId="77777777" w:rsidR="006D78BE" w:rsidRPr="00E615E3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00F050E3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DAFD9F" w14:textId="77777777" w:rsidR="006D78BE" w:rsidRPr="00E615E3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E615E3">
              <w:rPr>
                <w:rFonts w:cs="Times New Roman"/>
                <w:b/>
                <w:sz w:val="15"/>
                <w:lang w:val="it-IT"/>
              </w:rPr>
              <w:t>Citazione bibliografica completa o titolo/denominazione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407C60" w14:textId="77777777" w:rsidR="006D78BE" w:rsidRPr="00E615E3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545C83F0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5BC399" w14:textId="77777777" w:rsidR="006D78BE" w:rsidRPr="00E615E3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E615E3">
              <w:rPr>
                <w:rFonts w:cs="Times New Roman"/>
                <w:b/>
                <w:sz w:val="15"/>
                <w:lang w:val="it-IT"/>
              </w:rPr>
              <w:t>Anno / periodo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6B81BA" w14:textId="77777777" w:rsidR="006D78BE" w:rsidRPr="00E615E3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00312EB2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3E7BBB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Rivista, editore/collana, ente finanziatore o committente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1DA435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17A4828C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D900EF" w14:textId="77777777" w:rsidR="006D78BE" w:rsidRPr="00E615E3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E615E3">
              <w:rPr>
                <w:rFonts w:cs="Times New Roman"/>
                <w:b/>
                <w:sz w:val="15"/>
                <w:lang w:val="it-IT"/>
              </w:rPr>
              <w:t>ISSN, ISBN, DOI, codice progetto, brevetto, URL o altro identificativo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05B95B" w14:textId="77777777" w:rsidR="006D78BE" w:rsidRPr="00E615E3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3B8C64F2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30E7F7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Carattere nazionale/internazionale; referaggio; indicizzazione Scopus e/o Web of Science (A)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3F9D8F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24B6E617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096445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Carattere nazionale/internazionale del volume; editore/collana; referaggio o valutazione scientifica editoriale (B)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586210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43EAF585" w14:textId="77777777">
        <w:trPr>
          <w:cantSplit/>
          <w:trHeight w:val="482"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A5D7E0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Ruolo e contributo personale del candidato (C)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5765D8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49BD9332" w14:textId="77777777">
        <w:trPr>
          <w:cantSplit/>
          <w:trHeight w:val="482"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D9D84B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Procedura competitiva; dimensione; durata; partner; finanziamento; risultati verificabili (C – max 800 caratteri)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4B7B14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21DBC408" w14:textId="77777777">
        <w:trPr>
          <w:cantSplit/>
          <w:trHeight w:val="482"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C4B26B" w14:textId="77777777" w:rsidR="006D78BE" w:rsidRPr="00D4421C" w:rsidRDefault="000375DE" w:rsidP="0093127F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Motivazione dell’attinenza con l’insegnamento (A-B-C – max 500 caratteri)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FD70C2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769E0689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FC1CA2" w14:textId="77777777" w:rsidR="006D78BE" w:rsidRPr="00D4421C" w:rsidRDefault="000375DE" w:rsidP="0093127F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Rilevanza scientifica (A-B) oppure diffusione, applicazione o impatto documentabile (C)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E32F66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</w:tbl>
    <w:p w14:paraId="276DB599" w14:textId="77777777" w:rsidR="006D78BE" w:rsidRPr="00D4421C" w:rsidRDefault="000375DE" w:rsidP="0093127F">
      <w:pPr>
        <w:pStyle w:val="Titolo2"/>
        <w:keepNext w:val="0"/>
        <w:keepLines w:val="0"/>
        <w:widowControl w:val="0"/>
        <w:rPr>
          <w:rFonts w:ascii="Times New Roman" w:hAnsi="Times New Roman" w:cs="Times New Roman"/>
          <w:color w:val="auto"/>
          <w:lang w:val="it-IT"/>
        </w:rPr>
      </w:pPr>
      <w:r w:rsidRPr="00D4421C">
        <w:rPr>
          <w:rFonts w:ascii="Times New Roman" w:hAnsi="Times New Roman" w:cs="Times New Roman"/>
          <w:color w:val="auto"/>
          <w:lang w:val="it-IT"/>
        </w:rPr>
        <w:t>C.1.7 – Pubblicazione, prodotto o progetto n. 7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5839"/>
      </w:tblGrid>
      <w:tr w:rsidR="00D4421C" w:rsidRPr="00D4421C" w14:paraId="45C6943B" w14:textId="77777777">
        <w:trPr>
          <w:cantSplit/>
          <w:tblHeader/>
          <w:jc w:val="center"/>
        </w:trPr>
        <w:tc>
          <w:tcPr>
            <w:tcW w:w="3515" w:type="dxa"/>
            <w:shd w:val="clear" w:color="auto" w:fill="DCEC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DC83ED" w14:textId="77777777" w:rsidR="006D78BE" w:rsidRPr="00D4421C" w:rsidRDefault="000375DE" w:rsidP="00FB512C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Voce</w:t>
            </w:r>
          </w:p>
        </w:tc>
        <w:tc>
          <w:tcPr>
            <w:tcW w:w="5839" w:type="dxa"/>
            <w:shd w:val="clear" w:color="auto" w:fill="DCEC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BDF0AA" w14:textId="77777777" w:rsidR="006D78BE" w:rsidRPr="00D4421C" w:rsidRDefault="000375DE" w:rsidP="00FB512C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Compilazione del candidato</w:t>
            </w:r>
          </w:p>
        </w:tc>
      </w:tr>
      <w:tr w:rsidR="00D4421C" w:rsidRPr="00086218" w14:paraId="4925E2AD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31798B" w14:textId="77777777" w:rsidR="006D78BE" w:rsidRPr="00E615E3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E615E3">
              <w:rPr>
                <w:rFonts w:cs="Times New Roman"/>
                <w:b/>
                <w:sz w:val="15"/>
                <w:lang w:val="it-IT"/>
              </w:rPr>
              <w:t>Tipologia: A, B o C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10A8BA" w14:textId="77777777" w:rsidR="006D78BE" w:rsidRPr="00E615E3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3F308E92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75F178" w14:textId="77777777" w:rsidR="006D78BE" w:rsidRPr="00E615E3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E615E3">
              <w:rPr>
                <w:rFonts w:cs="Times New Roman"/>
                <w:b/>
                <w:sz w:val="15"/>
                <w:lang w:val="it-IT"/>
              </w:rPr>
              <w:t>Citazione bibliografica completa o titolo/denominazione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BD74A4" w14:textId="77777777" w:rsidR="006D78BE" w:rsidRPr="00E615E3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6598C2FC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DA4C75" w14:textId="77777777" w:rsidR="006D78BE" w:rsidRPr="00E615E3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E615E3">
              <w:rPr>
                <w:rFonts w:cs="Times New Roman"/>
                <w:b/>
                <w:sz w:val="15"/>
                <w:lang w:val="it-IT"/>
              </w:rPr>
              <w:t>Anno / periodo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B4010B" w14:textId="77777777" w:rsidR="006D78BE" w:rsidRPr="00E615E3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593AA5D3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7D1C08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Rivista, editore/collana, ente finanziatore o committente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A93A9E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2F6583DC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F8751B" w14:textId="77777777" w:rsidR="006D78BE" w:rsidRPr="00E615E3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E615E3">
              <w:rPr>
                <w:rFonts w:cs="Times New Roman"/>
                <w:b/>
                <w:sz w:val="15"/>
                <w:lang w:val="it-IT"/>
              </w:rPr>
              <w:t>ISSN, ISBN, DOI, codice progetto, brevetto, URL o altro identificativo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B16467" w14:textId="77777777" w:rsidR="006D78BE" w:rsidRPr="00E615E3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7D5CA926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804A7D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Carattere nazionale/internazionale; referaggio; indicizzazione Scopus e/o Web of Science (A)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B686C3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2B548F55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D20D7D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Carattere nazionale/internazionale del volume; editore/collana; referaggio o valutazione scientifica editoriale (B)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5C69D3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116188BE" w14:textId="77777777">
        <w:trPr>
          <w:cantSplit/>
          <w:trHeight w:val="482"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0B74E3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Ruolo e contributo personale del candidato (C)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900D77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0330EC5D" w14:textId="77777777">
        <w:trPr>
          <w:cantSplit/>
          <w:trHeight w:val="482"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C793D3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Procedura competitiva; dimensione; durata; partner; finanziamento; risultati verificabili (C – max 800 caratteri)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7EE556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0B962C58" w14:textId="77777777">
        <w:trPr>
          <w:cantSplit/>
          <w:trHeight w:val="482"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E85047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Motivazione dell’attinenza con l’insegnamento (A-B-C – max 500 caratteri)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5C78E2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4CFA8634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2FE3AE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Rilevanza scientifica (A-B) oppure diffusione, applicazione o impatto documentabile (C)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3E52C8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</w:tbl>
    <w:p w14:paraId="41FB5C49" w14:textId="77777777" w:rsidR="006D78BE" w:rsidRPr="00D4421C" w:rsidRDefault="006D78BE" w:rsidP="00FB512C">
      <w:pPr>
        <w:widowControl w:val="0"/>
        <w:spacing w:after="0"/>
        <w:rPr>
          <w:rFonts w:cs="Times New Roman"/>
          <w:lang w:val="it-IT"/>
        </w:rPr>
      </w:pPr>
    </w:p>
    <w:p w14:paraId="63102127" w14:textId="77777777" w:rsidR="0093127F" w:rsidRDefault="0093127F">
      <w:pPr>
        <w:spacing w:after="200" w:line="276" w:lineRule="auto"/>
        <w:rPr>
          <w:rFonts w:eastAsiaTheme="majorEastAsia" w:cs="Times New Roman"/>
          <w:b/>
          <w:bCs/>
          <w:sz w:val="21"/>
          <w:szCs w:val="26"/>
          <w:lang w:val="it-IT"/>
        </w:rPr>
      </w:pPr>
      <w:r>
        <w:rPr>
          <w:rFonts w:cs="Times New Roman"/>
          <w:lang w:val="it-IT"/>
        </w:rPr>
        <w:br w:type="page"/>
      </w:r>
    </w:p>
    <w:p w14:paraId="7CD4BDB1" w14:textId="77777777" w:rsidR="006D78BE" w:rsidRPr="00D4421C" w:rsidRDefault="000375DE" w:rsidP="00FB512C">
      <w:pPr>
        <w:pStyle w:val="Titolo2"/>
        <w:keepLines w:val="0"/>
        <w:widowControl w:val="0"/>
        <w:rPr>
          <w:rFonts w:ascii="Times New Roman" w:hAnsi="Times New Roman" w:cs="Times New Roman"/>
          <w:color w:val="auto"/>
          <w:lang w:val="it-IT"/>
        </w:rPr>
      </w:pPr>
      <w:r w:rsidRPr="00D4421C">
        <w:rPr>
          <w:rFonts w:ascii="Times New Roman" w:hAnsi="Times New Roman" w:cs="Times New Roman"/>
          <w:color w:val="auto"/>
          <w:lang w:val="it-IT"/>
        </w:rPr>
        <w:lastRenderedPageBreak/>
        <w:t>C.1.8 – Pubblicazione, prodotto o progetto n. 8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5839"/>
      </w:tblGrid>
      <w:tr w:rsidR="00D4421C" w:rsidRPr="00D4421C" w14:paraId="4C275E1F" w14:textId="77777777">
        <w:trPr>
          <w:cantSplit/>
          <w:tblHeader/>
          <w:jc w:val="center"/>
        </w:trPr>
        <w:tc>
          <w:tcPr>
            <w:tcW w:w="3515" w:type="dxa"/>
            <w:shd w:val="clear" w:color="auto" w:fill="DCEC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7E180E" w14:textId="77777777" w:rsidR="006D78BE" w:rsidRPr="00D4421C" w:rsidRDefault="000375DE" w:rsidP="00FB512C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Voce</w:t>
            </w:r>
          </w:p>
        </w:tc>
        <w:tc>
          <w:tcPr>
            <w:tcW w:w="5839" w:type="dxa"/>
            <w:shd w:val="clear" w:color="auto" w:fill="DCEC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6D8229" w14:textId="77777777" w:rsidR="006D78BE" w:rsidRPr="00D4421C" w:rsidRDefault="000375DE" w:rsidP="00FB512C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Compilazione del candidato</w:t>
            </w:r>
          </w:p>
        </w:tc>
      </w:tr>
      <w:tr w:rsidR="00D4421C" w:rsidRPr="00086218" w14:paraId="77F88C73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52B570" w14:textId="77777777" w:rsidR="006D78BE" w:rsidRPr="00E615E3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E615E3">
              <w:rPr>
                <w:rFonts w:cs="Times New Roman"/>
                <w:b/>
                <w:sz w:val="15"/>
                <w:lang w:val="it-IT"/>
              </w:rPr>
              <w:t>Tipologia: A, B o C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074BEE" w14:textId="77777777" w:rsidR="006D78BE" w:rsidRPr="00E615E3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2CE49F6C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311150" w14:textId="77777777" w:rsidR="006D78BE" w:rsidRPr="00E615E3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E615E3">
              <w:rPr>
                <w:rFonts w:cs="Times New Roman"/>
                <w:b/>
                <w:sz w:val="15"/>
                <w:lang w:val="it-IT"/>
              </w:rPr>
              <w:t>Citazione bibliografica completa o titolo/denominazione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71F585" w14:textId="77777777" w:rsidR="006D78BE" w:rsidRPr="00E615E3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72B9E870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C4BD3D" w14:textId="77777777" w:rsidR="006D78BE" w:rsidRPr="00E615E3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E615E3">
              <w:rPr>
                <w:rFonts w:cs="Times New Roman"/>
                <w:b/>
                <w:sz w:val="15"/>
                <w:lang w:val="it-IT"/>
              </w:rPr>
              <w:t>Anno / periodo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9CA02E" w14:textId="77777777" w:rsidR="006D78BE" w:rsidRPr="00E615E3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758660E1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1707E6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Rivista, editore/collana, ente finanziatore o committente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96DC18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25CA628D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3F819D" w14:textId="77777777" w:rsidR="006D78BE" w:rsidRPr="00E615E3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E615E3">
              <w:rPr>
                <w:rFonts w:cs="Times New Roman"/>
                <w:b/>
                <w:sz w:val="15"/>
                <w:lang w:val="it-IT"/>
              </w:rPr>
              <w:t>ISSN, ISBN, DOI, codice progetto, brevetto, URL o altro identificativo (A-B-C)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5C30D7" w14:textId="77777777" w:rsidR="006D78BE" w:rsidRPr="00E615E3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58A808AA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3388C6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Carattere nazionale/internazionale; referaggio; indicizzazione Scopus e/o Web of Science (A)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1304B3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40D41E71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614018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Carattere nazionale/internazionale del volume; editore/collana; referaggio o valutazione scientifica editoriale (B)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E4A67E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1F1A2C0A" w14:textId="77777777">
        <w:trPr>
          <w:cantSplit/>
          <w:trHeight w:val="482"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A0B9C2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Ruolo e contributo personale del candidato (C)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02FFBF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0B713385" w14:textId="77777777">
        <w:trPr>
          <w:cantSplit/>
          <w:trHeight w:val="482"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183374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Procedura competitiva; dimensione; durata; partner; finanziamento; risultati verificabili (C – max 800 caratteri)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7ACF58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408B4A80" w14:textId="77777777">
        <w:trPr>
          <w:cantSplit/>
          <w:trHeight w:val="482"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D232E9" w14:textId="77777777" w:rsidR="006D78BE" w:rsidRPr="00D4421C" w:rsidRDefault="000375D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Motivazione dell’attinenza con l’insegnamento (A-B-C – max 500 caratteri)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F7D3F5" w14:textId="77777777" w:rsidR="006D78BE" w:rsidRPr="00D4421C" w:rsidRDefault="006D78BE" w:rsidP="00FB512C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D4421C" w:rsidRPr="00086218" w14:paraId="38C8154F" w14:textId="77777777">
        <w:trPr>
          <w:cantSplit/>
          <w:jc w:val="center"/>
        </w:trPr>
        <w:tc>
          <w:tcPr>
            <w:tcW w:w="351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B5EAF0" w14:textId="77777777" w:rsidR="006D78BE" w:rsidRPr="00D4421C" w:rsidRDefault="000375DE">
            <w:pPr>
              <w:spacing w:after="0" w:line="240" w:lineRule="auto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5"/>
                <w:lang w:val="it-IT"/>
              </w:rPr>
              <w:t>Rilevanza scientifica (A-B) oppure diffusione, applicazione o impatto documentabile (C)</w:t>
            </w:r>
          </w:p>
        </w:tc>
        <w:tc>
          <w:tcPr>
            <w:tcW w:w="58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02DC3D" w14:textId="77777777" w:rsidR="006D78BE" w:rsidRPr="00D4421C" w:rsidRDefault="006D78BE">
            <w:pPr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</w:tbl>
    <w:p w14:paraId="6EE648FE" w14:textId="77777777" w:rsidR="006D78BE" w:rsidRPr="00D4421C" w:rsidRDefault="006D78BE">
      <w:pPr>
        <w:spacing w:after="0"/>
        <w:rPr>
          <w:rFonts w:cs="Times New Roman"/>
          <w:lang w:val="it-IT"/>
        </w:rPr>
      </w:pPr>
    </w:p>
    <w:p w14:paraId="138B3B8D" w14:textId="77777777" w:rsidR="006D78BE" w:rsidRPr="00D4421C" w:rsidRDefault="000375DE">
      <w:pPr>
        <w:pStyle w:val="Titolo1"/>
        <w:rPr>
          <w:rFonts w:ascii="Times New Roman" w:hAnsi="Times New Roman" w:cs="Times New Roman"/>
          <w:color w:val="auto"/>
          <w:lang w:val="it-IT"/>
        </w:rPr>
      </w:pPr>
      <w:r w:rsidRPr="00D4421C">
        <w:rPr>
          <w:rFonts w:ascii="Times New Roman" w:hAnsi="Times New Roman" w:cs="Times New Roman"/>
          <w:color w:val="auto"/>
          <w:lang w:val="it-IT"/>
        </w:rPr>
        <w:t>ELEMENTI COMPLESSIVI DEL PROFILO</w:t>
      </w:r>
    </w:p>
    <w:p w14:paraId="5F784CB0" w14:textId="77777777" w:rsidR="006D78BE" w:rsidRPr="00D4421C" w:rsidRDefault="000375DE" w:rsidP="00077AC2">
      <w:pPr>
        <w:jc w:val="both"/>
        <w:rPr>
          <w:rFonts w:cs="Times New Roman"/>
          <w:lang w:val="it-IT"/>
        </w:rPr>
      </w:pPr>
      <w:r w:rsidRPr="00D4421C">
        <w:rPr>
          <w:rFonts w:cs="Times New Roman"/>
          <w:lang w:val="it-IT"/>
        </w:rPr>
        <w:t>Gli elementi indicati in questa sezione sono valutati soltanto se ulteriori rispetto ai singoli prodotti della sezione C e non già conteggiati in altra categoria.</w:t>
      </w:r>
    </w:p>
    <w:p w14:paraId="2522EC2F" w14:textId="77777777" w:rsidR="006D78BE" w:rsidRPr="00D4421C" w:rsidRDefault="00667C7E">
      <w:pPr>
        <w:pStyle w:val="Titolo2"/>
        <w:rPr>
          <w:rFonts w:ascii="Times New Roman" w:hAnsi="Times New Roman" w:cs="Times New Roman"/>
          <w:color w:val="auto"/>
          <w:lang w:val="it-IT"/>
        </w:rPr>
      </w:pPr>
      <w:r w:rsidRPr="00D4421C">
        <w:rPr>
          <w:rFonts w:ascii="Times New Roman" w:hAnsi="Times New Roman" w:cs="Times New Roman"/>
          <w:color w:val="auto"/>
          <w:lang w:val="it-IT"/>
        </w:rPr>
        <w:t>C.2</w:t>
      </w:r>
      <w:r w:rsidR="000375DE" w:rsidRPr="00D4421C">
        <w:rPr>
          <w:rFonts w:ascii="Times New Roman" w:hAnsi="Times New Roman" w:cs="Times New Roman"/>
          <w:color w:val="auto"/>
          <w:lang w:val="it-IT"/>
        </w:rPr>
        <w:t xml:space="preserve"> – Coerenza, continuità e aggiornamento del profilo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D4421C" w:rsidRPr="00086218" w14:paraId="64B8FE6D" w14:textId="77777777">
        <w:trPr>
          <w:cantSplit/>
          <w:tblHeader/>
          <w:jc w:val="center"/>
        </w:trPr>
        <w:tc>
          <w:tcPr>
            <w:tcW w:w="9354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CB7E4C" w14:textId="77777777" w:rsidR="006D78BE" w:rsidRPr="00D4421C" w:rsidRDefault="000375DE">
            <w:pPr>
              <w:spacing w:after="0"/>
              <w:jc w:val="center"/>
              <w:rPr>
                <w:rFonts w:cs="Times New Roman"/>
                <w:lang w:val="it-IT"/>
              </w:rPr>
            </w:pPr>
            <w:r w:rsidRPr="00D4421C">
              <w:rPr>
                <w:rFonts w:cs="Times New Roman"/>
                <w:b/>
                <w:sz w:val="17"/>
                <w:lang w:val="it-IT"/>
              </w:rPr>
              <w:t>Descrizione sintetica del percorso professionale/scientifico e della sua evoluzione rispetto all’insegnamento</w:t>
            </w:r>
          </w:p>
        </w:tc>
      </w:tr>
      <w:tr w:rsidR="00D4421C" w:rsidRPr="00086218" w14:paraId="7803727D" w14:textId="77777777">
        <w:trPr>
          <w:cantSplit/>
          <w:trHeight w:val="1814"/>
          <w:jc w:val="center"/>
        </w:trPr>
        <w:tc>
          <w:tcPr>
            <w:tcW w:w="935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8058D1E" w14:textId="77777777" w:rsidR="006D78BE" w:rsidRPr="00D4421C" w:rsidRDefault="006D78BE">
            <w:pPr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</w:tbl>
    <w:p w14:paraId="374C2743" w14:textId="77777777" w:rsidR="006D78BE" w:rsidRPr="00D4421C" w:rsidRDefault="006D78BE">
      <w:pPr>
        <w:spacing w:after="0"/>
        <w:rPr>
          <w:rFonts w:cs="Times New Roman"/>
          <w:lang w:val="it-IT"/>
        </w:rPr>
      </w:pPr>
    </w:p>
    <w:p w14:paraId="7F8B06EF" w14:textId="77777777" w:rsidR="006D78BE" w:rsidRPr="00D4421C" w:rsidRDefault="00667C7E" w:rsidP="00447614">
      <w:pPr>
        <w:pStyle w:val="Titolo2"/>
        <w:keepNext w:val="0"/>
        <w:keepLines w:val="0"/>
        <w:widowControl w:val="0"/>
        <w:rPr>
          <w:rFonts w:ascii="Times New Roman" w:hAnsi="Times New Roman" w:cs="Times New Roman"/>
          <w:color w:val="auto"/>
          <w:lang w:val="it-IT"/>
        </w:rPr>
      </w:pPr>
      <w:r w:rsidRPr="00D4421C">
        <w:rPr>
          <w:rFonts w:ascii="Times New Roman" w:hAnsi="Times New Roman" w:cs="Times New Roman"/>
          <w:color w:val="auto"/>
          <w:lang w:val="it-IT"/>
        </w:rPr>
        <w:t>C</w:t>
      </w:r>
      <w:r w:rsidR="000375DE" w:rsidRPr="00D4421C">
        <w:rPr>
          <w:rFonts w:ascii="Times New Roman" w:hAnsi="Times New Roman" w:cs="Times New Roman"/>
          <w:color w:val="auto"/>
          <w:lang w:val="it-IT"/>
        </w:rPr>
        <w:t>.</w:t>
      </w:r>
      <w:r w:rsidRPr="00D4421C">
        <w:rPr>
          <w:rFonts w:ascii="Times New Roman" w:hAnsi="Times New Roman" w:cs="Times New Roman"/>
          <w:color w:val="auto"/>
          <w:lang w:val="it-IT"/>
        </w:rPr>
        <w:t>3</w:t>
      </w:r>
      <w:r w:rsidR="000375DE" w:rsidRPr="00D4421C">
        <w:rPr>
          <w:rFonts w:ascii="Times New Roman" w:hAnsi="Times New Roman" w:cs="Times New Roman"/>
          <w:color w:val="auto"/>
          <w:lang w:val="it-IT"/>
        </w:rPr>
        <w:t xml:space="preserve"> – Incarichi di responsabilità e autonomia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964"/>
        <w:gridCol w:w="2268"/>
        <w:gridCol w:w="1871"/>
        <w:gridCol w:w="2268"/>
        <w:gridCol w:w="1587"/>
      </w:tblGrid>
      <w:tr w:rsidR="00D4421C" w:rsidRPr="00D4421C" w14:paraId="74E3F11E" w14:textId="77777777">
        <w:trPr>
          <w:cantSplit/>
          <w:tblHeader/>
          <w:jc w:val="center"/>
        </w:trPr>
        <w:tc>
          <w:tcPr>
            <w:tcW w:w="397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95F79D" w14:textId="77777777" w:rsidR="006D78BE" w:rsidRPr="00D4421C" w:rsidRDefault="000375DE" w:rsidP="00447614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N.</w:t>
            </w:r>
          </w:p>
        </w:tc>
        <w:tc>
          <w:tcPr>
            <w:tcW w:w="964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48EE04" w14:textId="77777777" w:rsidR="006D78BE" w:rsidRPr="00D4421C" w:rsidRDefault="000375DE" w:rsidP="00447614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Periodo</w:t>
            </w:r>
          </w:p>
        </w:tc>
        <w:tc>
          <w:tcPr>
            <w:tcW w:w="2268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E00132" w14:textId="77777777" w:rsidR="006D78BE" w:rsidRPr="00D4421C" w:rsidRDefault="000375DE" w:rsidP="00447614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Incarico / progetto</w:t>
            </w:r>
          </w:p>
        </w:tc>
        <w:tc>
          <w:tcPr>
            <w:tcW w:w="1871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9AAAD1" w14:textId="77777777" w:rsidR="006D78BE" w:rsidRPr="00D4421C" w:rsidRDefault="000375DE" w:rsidP="00447614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Ente / committente</w:t>
            </w:r>
          </w:p>
        </w:tc>
        <w:tc>
          <w:tcPr>
            <w:tcW w:w="2268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97CA9F" w14:textId="77777777" w:rsidR="006D78BE" w:rsidRPr="00D4421C" w:rsidRDefault="000375DE" w:rsidP="00447614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Ruolo e responsabilità</w:t>
            </w:r>
          </w:p>
        </w:tc>
        <w:tc>
          <w:tcPr>
            <w:tcW w:w="1587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452688" w14:textId="77777777" w:rsidR="006D78BE" w:rsidRPr="00D4421C" w:rsidRDefault="000375DE" w:rsidP="00447614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Elementi verificabili</w:t>
            </w:r>
          </w:p>
        </w:tc>
      </w:tr>
      <w:tr w:rsidR="00D4421C" w:rsidRPr="00D4421C" w14:paraId="1C47DF56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7A5F133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6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423218B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2CAC08A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7494F51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274A075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F3C6DAB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  <w:tr w:rsidR="00D4421C" w:rsidRPr="00D4421C" w14:paraId="22101180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C4FB226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6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8720F5A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AC3EEB2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9A91E4C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7FC185B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D3F5798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  <w:tr w:rsidR="00D4421C" w:rsidRPr="00D4421C" w14:paraId="0B860F51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D7C2694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6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EE0D5C0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2752CBA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441865B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0CC2008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1F5BDFB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  <w:tr w:rsidR="00D4421C" w:rsidRPr="00D4421C" w14:paraId="462B060C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10654B1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6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AEBE1F7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648AE81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D5B424F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10BBA6C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FBA662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  <w:tr w:rsidR="00D4421C" w:rsidRPr="00D4421C" w14:paraId="722D7018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B93CB5B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6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FED4975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D2800D1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2B440C0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824ABBD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1DD4F07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  <w:tr w:rsidR="006D78BE" w:rsidRPr="00D4421C" w14:paraId="66AC12B8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4323D88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6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66F6B24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B6E0AAA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79BD347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0053B7C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3C7E514" w14:textId="77777777" w:rsidR="006D78BE" w:rsidRPr="00D4421C" w:rsidRDefault="006D78BE" w:rsidP="00447614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</w:tbl>
    <w:p w14:paraId="7257109B" w14:textId="77777777" w:rsidR="00447614" w:rsidRDefault="00447614" w:rsidP="00447614">
      <w:pPr>
        <w:pStyle w:val="Titolo2"/>
        <w:keepNext w:val="0"/>
        <w:keepLines w:val="0"/>
        <w:widowControl w:val="0"/>
        <w:rPr>
          <w:rFonts w:ascii="Times New Roman" w:hAnsi="Times New Roman" w:cs="Times New Roman"/>
          <w:color w:val="auto"/>
          <w:lang w:val="it-IT"/>
        </w:rPr>
      </w:pPr>
    </w:p>
    <w:p w14:paraId="1124FC81" w14:textId="77777777" w:rsidR="006D78BE" w:rsidRPr="00D4421C" w:rsidRDefault="00667C7E" w:rsidP="0093127F">
      <w:pPr>
        <w:pStyle w:val="Titolo2"/>
        <w:keepNext w:val="0"/>
        <w:keepLines w:val="0"/>
        <w:widowControl w:val="0"/>
        <w:rPr>
          <w:rFonts w:ascii="Times New Roman" w:hAnsi="Times New Roman" w:cs="Times New Roman"/>
          <w:color w:val="auto"/>
          <w:lang w:val="it-IT"/>
        </w:rPr>
      </w:pPr>
      <w:r w:rsidRPr="00D4421C">
        <w:rPr>
          <w:rFonts w:ascii="Times New Roman" w:hAnsi="Times New Roman" w:cs="Times New Roman"/>
          <w:color w:val="auto"/>
          <w:lang w:val="it-IT"/>
        </w:rPr>
        <w:t>C</w:t>
      </w:r>
      <w:r w:rsidR="000375DE" w:rsidRPr="00D4421C">
        <w:rPr>
          <w:rFonts w:ascii="Times New Roman" w:hAnsi="Times New Roman" w:cs="Times New Roman"/>
          <w:color w:val="auto"/>
          <w:lang w:val="it-IT"/>
        </w:rPr>
        <w:t>.</w:t>
      </w:r>
      <w:r w:rsidRPr="00D4421C">
        <w:rPr>
          <w:rFonts w:ascii="Times New Roman" w:hAnsi="Times New Roman" w:cs="Times New Roman"/>
          <w:color w:val="auto"/>
          <w:lang w:val="it-IT"/>
        </w:rPr>
        <w:t>4</w:t>
      </w:r>
      <w:r w:rsidR="000375DE" w:rsidRPr="00D4421C">
        <w:rPr>
          <w:rFonts w:ascii="Times New Roman" w:hAnsi="Times New Roman" w:cs="Times New Roman"/>
          <w:color w:val="auto"/>
          <w:lang w:val="it-IT"/>
        </w:rPr>
        <w:t xml:space="preserve"> – Premi, selezioni, brevetti, riconoscimenti e impatto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680"/>
        <w:gridCol w:w="2268"/>
        <w:gridCol w:w="1984"/>
        <w:gridCol w:w="2268"/>
        <w:gridCol w:w="1757"/>
      </w:tblGrid>
      <w:tr w:rsidR="00D4421C" w:rsidRPr="00D4421C" w14:paraId="1D4AB2FF" w14:textId="77777777">
        <w:trPr>
          <w:cantSplit/>
          <w:tblHeader/>
          <w:jc w:val="center"/>
        </w:trPr>
        <w:tc>
          <w:tcPr>
            <w:tcW w:w="397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F78D72" w14:textId="77777777" w:rsidR="006D78BE" w:rsidRPr="00D4421C" w:rsidRDefault="000375DE" w:rsidP="0093127F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N.</w:t>
            </w:r>
          </w:p>
        </w:tc>
        <w:tc>
          <w:tcPr>
            <w:tcW w:w="680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FA2B2C" w14:textId="77777777" w:rsidR="006D78BE" w:rsidRPr="00D4421C" w:rsidRDefault="000375DE" w:rsidP="0093127F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Anno</w:t>
            </w:r>
          </w:p>
        </w:tc>
        <w:tc>
          <w:tcPr>
            <w:tcW w:w="2268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57323F" w14:textId="77777777" w:rsidR="006D78BE" w:rsidRPr="00D4421C" w:rsidRDefault="000375DE" w:rsidP="0093127F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Riconoscimento / risultato</w:t>
            </w:r>
          </w:p>
        </w:tc>
        <w:tc>
          <w:tcPr>
            <w:tcW w:w="1984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2F46B9" w14:textId="77777777" w:rsidR="006D78BE" w:rsidRPr="00D4421C" w:rsidRDefault="000375DE" w:rsidP="0093127F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Soggetto conferente / contesto</w:t>
            </w:r>
          </w:p>
        </w:tc>
        <w:tc>
          <w:tcPr>
            <w:tcW w:w="2268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B8E4A5" w14:textId="77777777" w:rsidR="006D78BE" w:rsidRPr="00D4421C" w:rsidRDefault="000375DE" w:rsidP="0093127F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Collegamento con il profilo</w:t>
            </w:r>
          </w:p>
        </w:tc>
        <w:tc>
          <w:tcPr>
            <w:tcW w:w="1757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28978C" w14:textId="77777777" w:rsidR="006D78BE" w:rsidRPr="00D4421C" w:rsidRDefault="000375DE" w:rsidP="0093127F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D4421C">
              <w:rPr>
                <w:rFonts w:cs="Times New Roman"/>
                <w:b/>
                <w:sz w:val="15"/>
              </w:rPr>
              <w:t>Elementi verificabili</w:t>
            </w:r>
          </w:p>
        </w:tc>
      </w:tr>
      <w:tr w:rsidR="00D4421C" w:rsidRPr="00D4421C" w14:paraId="6921A7F3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5C1B202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8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2D6DA9C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78D4B06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283C912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4C5A899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DE1C3CF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  <w:tr w:rsidR="00D4421C" w:rsidRPr="00D4421C" w14:paraId="605E34AE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B35079E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8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C721948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040B3AD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D39C97D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CF3B1DB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BFAD22E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  <w:tr w:rsidR="00D4421C" w:rsidRPr="00D4421C" w14:paraId="54DE1F8D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917EEB9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8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62DFE2E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D7D15C8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2B98926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2CF5B6F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7F38910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  <w:tr w:rsidR="00D4421C" w:rsidRPr="00D4421C" w14:paraId="1F3B17CF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86D3E0F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8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1F2BD7C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85C1770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FFBF1EA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F7C69C3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2F229D2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  <w:tr w:rsidR="00D4421C" w:rsidRPr="00D4421C" w14:paraId="4C5BA467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90D34B9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8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AAC637D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2719AC9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B4BEBD5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AA329E9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08BC043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  <w:tr w:rsidR="006D78BE" w:rsidRPr="00D4421C" w14:paraId="17DAB1E2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2BEE9FE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8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123A8AA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00A511B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6D6605C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3B8475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B5570F0" w14:textId="77777777" w:rsidR="006D78BE" w:rsidRPr="00D4421C" w:rsidRDefault="006D78BE" w:rsidP="0093127F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</w:tbl>
    <w:p w14:paraId="3BE6E6F8" w14:textId="77777777" w:rsidR="0093127F" w:rsidRDefault="0093127F" w:rsidP="0093127F">
      <w:pPr>
        <w:pStyle w:val="Titolo1"/>
        <w:keepNext w:val="0"/>
        <w:keepLines w:val="0"/>
        <w:widowControl w:val="0"/>
        <w:rPr>
          <w:rFonts w:ascii="Times New Roman" w:hAnsi="Times New Roman" w:cs="Times New Roman"/>
          <w:color w:val="auto"/>
        </w:rPr>
      </w:pPr>
    </w:p>
    <w:p w14:paraId="243796F4" w14:textId="77777777" w:rsidR="0093127F" w:rsidRDefault="0093127F" w:rsidP="0093127F">
      <w:pPr>
        <w:pStyle w:val="Titolo1"/>
        <w:keepNext w:val="0"/>
        <w:keepLines w:val="0"/>
        <w:widowControl w:val="0"/>
        <w:rPr>
          <w:rFonts w:ascii="Times New Roman" w:hAnsi="Times New Roman" w:cs="Times New Roman"/>
          <w:color w:val="auto"/>
        </w:rPr>
      </w:pPr>
    </w:p>
    <w:p w14:paraId="03A6E6D6" w14:textId="77777777" w:rsidR="006D78BE" w:rsidRPr="00D4421C" w:rsidRDefault="000375DE" w:rsidP="0093127F">
      <w:pPr>
        <w:pStyle w:val="Titolo1"/>
        <w:keepNext w:val="0"/>
        <w:keepLines w:val="0"/>
        <w:widowControl w:val="0"/>
        <w:rPr>
          <w:rFonts w:ascii="Times New Roman" w:hAnsi="Times New Roman" w:cs="Times New Roman"/>
          <w:color w:val="auto"/>
        </w:rPr>
      </w:pPr>
      <w:r w:rsidRPr="00D4421C">
        <w:rPr>
          <w:rFonts w:ascii="Times New Roman" w:hAnsi="Times New Roman" w:cs="Times New Roman"/>
          <w:color w:val="auto"/>
        </w:rPr>
        <w:t>DICHIARAZIONI FINALI</w:t>
      </w:r>
    </w:p>
    <w:p w14:paraId="34F24B34" w14:textId="77777777" w:rsidR="006D78BE" w:rsidRPr="00D4421C" w:rsidRDefault="000375DE" w:rsidP="0093127F">
      <w:pPr>
        <w:pStyle w:val="Paragrafoelenco"/>
        <w:widowControl w:val="0"/>
        <w:rPr>
          <w:rFonts w:cs="Times New Roman"/>
          <w:lang w:val="it-IT"/>
        </w:rPr>
      </w:pPr>
      <w:r w:rsidRPr="00D4421C">
        <w:rPr>
          <w:rFonts w:cs="Times New Roman"/>
          <w:lang w:val="it-IT"/>
        </w:rPr>
        <w:t xml:space="preserve"> □ dichiara che tutti gli elementi indicati sono riferibili alla propria attività e sono verificabili;</w:t>
      </w:r>
    </w:p>
    <w:p w14:paraId="4E3BCADA" w14:textId="77777777" w:rsidR="006D78BE" w:rsidRPr="00D4421C" w:rsidRDefault="000375DE" w:rsidP="0093127F">
      <w:pPr>
        <w:pStyle w:val="Paragrafoelenco"/>
        <w:widowControl w:val="0"/>
        <w:rPr>
          <w:rFonts w:cs="Times New Roman"/>
          <w:lang w:val="it-IT"/>
        </w:rPr>
      </w:pPr>
      <w:r w:rsidRPr="00D4421C">
        <w:rPr>
          <w:rFonts w:cs="Times New Roman"/>
          <w:lang w:val="it-IT"/>
        </w:rPr>
        <w:t xml:space="preserve"> □ dichiara di avere specificato, ove richiesto, il proprio contributo personale nei prodotti e nei progetti collettivi;</w:t>
      </w:r>
    </w:p>
    <w:p w14:paraId="66E1F98A" w14:textId="77777777" w:rsidR="006D78BE" w:rsidRPr="00D4421C" w:rsidRDefault="000375DE" w:rsidP="0093127F">
      <w:pPr>
        <w:pStyle w:val="Paragrafoelenco"/>
        <w:widowControl w:val="0"/>
        <w:rPr>
          <w:rFonts w:cs="Times New Roman"/>
          <w:lang w:val="it-IT"/>
        </w:rPr>
      </w:pPr>
      <w:r w:rsidRPr="00D4421C">
        <w:rPr>
          <w:rFonts w:cs="Times New Roman"/>
          <w:lang w:val="it-IT"/>
        </w:rPr>
        <w:t xml:space="preserve"> □ dichiara di non avere indicato il medesimo elemento in più sezioni al fine di ottenere una doppia valutazione;</w:t>
      </w:r>
    </w:p>
    <w:p w14:paraId="062F1600" w14:textId="77777777" w:rsidR="006D78BE" w:rsidRPr="00D4421C" w:rsidRDefault="000375DE" w:rsidP="0093127F">
      <w:pPr>
        <w:pStyle w:val="Paragrafoelenco"/>
        <w:widowControl w:val="0"/>
        <w:rPr>
          <w:rFonts w:cs="Times New Roman"/>
          <w:lang w:val="it-IT"/>
        </w:rPr>
      </w:pPr>
      <w:r w:rsidRPr="00D4421C">
        <w:rPr>
          <w:rFonts w:cs="Times New Roman"/>
          <w:lang w:val="it-IT"/>
        </w:rPr>
        <w:t xml:space="preserve"> □ autorizza l’Istituto a effettuare i controlli previsti dall’articolo 71 del d.P.R. n. 445/2000.</w:t>
      </w:r>
    </w:p>
    <w:p w14:paraId="576BC2EF" w14:textId="77777777" w:rsidR="00447614" w:rsidRDefault="00447614" w:rsidP="0093127F">
      <w:pPr>
        <w:widowControl w:val="0"/>
        <w:rPr>
          <w:rFonts w:cs="Times New Roman"/>
          <w:lang w:val="it-IT"/>
        </w:rPr>
      </w:pPr>
    </w:p>
    <w:p w14:paraId="5C2228DC" w14:textId="77777777" w:rsidR="006D78BE" w:rsidRPr="00D4421C" w:rsidRDefault="000375DE" w:rsidP="0093127F">
      <w:pPr>
        <w:widowControl w:val="0"/>
        <w:rPr>
          <w:rFonts w:cs="Times New Roman"/>
          <w:lang w:val="it-IT"/>
        </w:rPr>
      </w:pPr>
      <w:r w:rsidRPr="00D4421C">
        <w:rPr>
          <w:rFonts w:cs="Times New Roman"/>
          <w:lang w:val="it-IT"/>
        </w:rPr>
        <w:t>Luogo e data: ____________________________________</w:t>
      </w:r>
    </w:p>
    <w:p w14:paraId="25865830" w14:textId="77777777" w:rsidR="006D78BE" w:rsidRPr="00D4421C" w:rsidRDefault="000375DE" w:rsidP="0093127F">
      <w:pPr>
        <w:widowControl w:val="0"/>
        <w:rPr>
          <w:rFonts w:cs="Times New Roman"/>
          <w:lang w:val="it-IT"/>
        </w:rPr>
      </w:pPr>
      <w:r w:rsidRPr="00D4421C">
        <w:rPr>
          <w:rFonts w:cs="Times New Roman"/>
          <w:lang w:val="it-IT"/>
        </w:rPr>
        <w:t>Firma autografa per esteso o firma digitale: ______________________________________________</w:t>
      </w:r>
    </w:p>
    <w:sectPr w:rsidR="006D78BE" w:rsidRPr="00D4421C" w:rsidSect="00034616">
      <w:headerReference w:type="default" r:id="rId8"/>
      <w:footerReference w:type="default" r:id="rId9"/>
      <w:pgSz w:w="12240" w:h="15840"/>
      <w:pgMar w:top="1276" w:right="935" w:bottom="879" w:left="935" w:header="198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EC57F" w14:textId="77777777" w:rsidR="001D7E90" w:rsidRDefault="001D7E90">
      <w:pPr>
        <w:spacing w:after="0" w:line="240" w:lineRule="auto"/>
      </w:pPr>
      <w:r>
        <w:separator/>
      </w:r>
    </w:p>
  </w:endnote>
  <w:endnote w:type="continuationSeparator" w:id="0">
    <w:p w14:paraId="57DF8804" w14:textId="77777777" w:rsidR="001D7E90" w:rsidRDefault="001D7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17D78" w14:textId="77777777" w:rsidR="006D78BE" w:rsidRDefault="000375DE">
    <w:pPr>
      <w:pStyle w:val="Pidipagina"/>
      <w:jc w:val="center"/>
    </w:pP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93127F">
      <w:rPr>
        <w:noProof/>
        <w:sz w:val="16"/>
      </w:rPr>
      <w:t>8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2023B" w14:textId="77777777" w:rsidR="001D7E90" w:rsidRDefault="001D7E90">
      <w:pPr>
        <w:spacing w:after="0" w:line="240" w:lineRule="auto"/>
      </w:pPr>
      <w:r>
        <w:separator/>
      </w:r>
    </w:p>
  </w:footnote>
  <w:footnote w:type="continuationSeparator" w:id="0">
    <w:p w14:paraId="6263C026" w14:textId="77777777" w:rsidR="001D7E90" w:rsidRDefault="001D7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00AC6" w14:textId="77777777" w:rsidR="006D78BE" w:rsidRDefault="006D78BE">
    <w:pPr>
      <w:pStyle w:val="Intestazione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1701"/>
      <w:gridCol w:w="6520"/>
      <w:gridCol w:w="1134"/>
    </w:tblGrid>
    <w:tr w:rsidR="006D78BE" w14:paraId="562E257B" w14:textId="77777777">
      <w:trPr>
        <w:jc w:val="center"/>
      </w:trPr>
      <w:tc>
        <w:tcPr>
          <w:tcW w:w="1701" w:type="dxa"/>
          <w:tcMar>
            <w:top w:w="0" w:type="dxa"/>
            <w:left w:w="20" w:type="dxa"/>
            <w:bottom w:w="0" w:type="dxa"/>
            <w:right w:w="20" w:type="dxa"/>
          </w:tcMar>
          <w:vAlign w:val="center"/>
        </w:tcPr>
        <w:p w14:paraId="2FCA5194" w14:textId="77777777" w:rsidR="006D78BE" w:rsidRDefault="000375DE">
          <w:r>
            <w:rPr>
              <w:noProof/>
              <w:lang w:val="it-IT" w:eastAsia="it-IT"/>
            </w:rPr>
            <w:drawing>
              <wp:inline distT="0" distB="0" distL="0" distR="0" wp14:anchorId="69C8FBBD" wp14:editId="5E6E77E5">
                <wp:extent cx="936000" cy="474783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sia_header_righ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6000" cy="4747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Mar>
            <w:top w:w="0" w:type="dxa"/>
            <w:left w:w="20" w:type="dxa"/>
            <w:bottom w:w="0" w:type="dxa"/>
            <w:right w:w="20" w:type="dxa"/>
          </w:tcMar>
          <w:vAlign w:val="center"/>
        </w:tcPr>
        <w:p w14:paraId="7FA87A25" w14:textId="77777777" w:rsidR="006D78BE" w:rsidRPr="008C2B12" w:rsidRDefault="000375DE">
          <w:pPr>
            <w:rPr>
              <w:lang w:val="it-IT"/>
            </w:rPr>
          </w:pPr>
          <w:r w:rsidRPr="008C2B12">
            <w:rPr>
              <w:rFonts w:ascii="Arial" w:hAnsi="Arial"/>
              <w:b/>
              <w:sz w:val="14"/>
              <w:lang w:val="it-IT"/>
            </w:rPr>
            <w:t>ISIA di Pescara</w:t>
          </w:r>
          <w:r w:rsidRPr="008C2B12">
            <w:rPr>
              <w:rFonts w:ascii="Arial" w:hAnsi="Arial"/>
              <w:b/>
              <w:sz w:val="14"/>
              <w:lang w:val="it-IT"/>
            </w:rPr>
            <w:br/>
            <w:t>Istituto Superiore per le Industrie Artistiche</w:t>
          </w:r>
          <w:r w:rsidRPr="008C2B12">
            <w:rPr>
              <w:rFonts w:ascii="Arial" w:hAnsi="Arial"/>
              <w:b/>
              <w:sz w:val="14"/>
              <w:lang w:val="it-IT"/>
            </w:rPr>
            <w:br/>
          </w:r>
          <w:r w:rsidRPr="008C2B12">
            <w:rPr>
              <w:rFonts w:ascii="Arial" w:hAnsi="Arial"/>
              <w:sz w:val="13"/>
              <w:lang w:val="it-IT"/>
            </w:rPr>
            <w:t>Via Cesare Battisti n. 198 - 65123 Pescara</w:t>
          </w:r>
          <w:r w:rsidRPr="008C2B12">
            <w:rPr>
              <w:rFonts w:ascii="Arial" w:hAnsi="Arial"/>
              <w:sz w:val="13"/>
              <w:lang w:val="it-IT"/>
            </w:rPr>
            <w:br/>
            <w:t>Codice fiscale 91137250683 - Tel. 085.2059763 / 867</w:t>
          </w:r>
          <w:r w:rsidRPr="008C2B12">
            <w:rPr>
              <w:rFonts w:ascii="Arial" w:hAnsi="Arial"/>
              <w:sz w:val="13"/>
              <w:lang w:val="it-IT"/>
            </w:rPr>
            <w:br/>
            <w:t>PEO: isiape@isiadesign.pe.it - PEC: pec@pec.isiadesign.pe.it - www.isiadesign.pe.it</w:t>
          </w:r>
        </w:p>
      </w:tc>
      <w:tc>
        <w:tcPr>
          <w:tcW w:w="1134" w:type="dxa"/>
          <w:tcMar>
            <w:top w:w="0" w:type="dxa"/>
            <w:left w:w="20" w:type="dxa"/>
            <w:bottom w:w="0" w:type="dxa"/>
            <w:right w:w="20" w:type="dxa"/>
          </w:tcMar>
          <w:vAlign w:val="center"/>
        </w:tcPr>
        <w:p w14:paraId="7D62E668" w14:textId="77777777" w:rsidR="006D78BE" w:rsidRDefault="000375DE">
          <w:pPr>
            <w:jc w:val="right"/>
          </w:pPr>
          <w:r>
            <w:rPr>
              <w:noProof/>
              <w:lang w:val="it-IT" w:eastAsia="it-IT"/>
            </w:rPr>
            <w:drawing>
              <wp:inline distT="0" distB="0" distL="0" distR="0" wp14:anchorId="4EFA7E28" wp14:editId="7AC6A8EF">
                <wp:extent cx="486000" cy="4860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sia_header_left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6000" cy="48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360C9B5" w14:textId="77777777" w:rsidR="006D78BE" w:rsidRDefault="006D78BE" w:rsidP="008C2B12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026C"/>
    <w:rsid w:val="00034616"/>
    <w:rsid w:val="000375DE"/>
    <w:rsid w:val="00043EED"/>
    <w:rsid w:val="0006063C"/>
    <w:rsid w:val="00077AC2"/>
    <w:rsid w:val="00086218"/>
    <w:rsid w:val="0008674D"/>
    <w:rsid w:val="000A4807"/>
    <w:rsid w:val="00120408"/>
    <w:rsid w:val="0015074B"/>
    <w:rsid w:val="001D7E90"/>
    <w:rsid w:val="0029639D"/>
    <w:rsid w:val="00326F90"/>
    <w:rsid w:val="003637C2"/>
    <w:rsid w:val="00406FF6"/>
    <w:rsid w:val="004213BB"/>
    <w:rsid w:val="00447614"/>
    <w:rsid w:val="00575434"/>
    <w:rsid w:val="005C2CB3"/>
    <w:rsid w:val="00606C88"/>
    <w:rsid w:val="00667C7E"/>
    <w:rsid w:val="00674DB8"/>
    <w:rsid w:val="006A3424"/>
    <w:rsid w:val="006C2615"/>
    <w:rsid w:val="006D78BE"/>
    <w:rsid w:val="00715741"/>
    <w:rsid w:val="0078439F"/>
    <w:rsid w:val="007C28AC"/>
    <w:rsid w:val="00807C21"/>
    <w:rsid w:val="00814663"/>
    <w:rsid w:val="00876D32"/>
    <w:rsid w:val="008A6F99"/>
    <w:rsid w:val="008C2B12"/>
    <w:rsid w:val="0093127F"/>
    <w:rsid w:val="009A0CD3"/>
    <w:rsid w:val="009E4905"/>
    <w:rsid w:val="00AA1D8D"/>
    <w:rsid w:val="00AC2736"/>
    <w:rsid w:val="00B36F27"/>
    <w:rsid w:val="00B47730"/>
    <w:rsid w:val="00B506AA"/>
    <w:rsid w:val="00BD2043"/>
    <w:rsid w:val="00BD7F02"/>
    <w:rsid w:val="00C31093"/>
    <w:rsid w:val="00C65B46"/>
    <w:rsid w:val="00C940DD"/>
    <w:rsid w:val="00CB0664"/>
    <w:rsid w:val="00CC100F"/>
    <w:rsid w:val="00D4421C"/>
    <w:rsid w:val="00D52920"/>
    <w:rsid w:val="00E250CF"/>
    <w:rsid w:val="00E603BC"/>
    <w:rsid w:val="00E615E3"/>
    <w:rsid w:val="00E72E5C"/>
    <w:rsid w:val="00E87FAF"/>
    <w:rsid w:val="00E91FE6"/>
    <w:rsid w:val="00ED4769"/>
    <w:rsid w:val="00F67636"/>
    <w:rsid w:val="00FB512C"/>
    <w:rsid w:val="00FC693F"/>
    <w:rsid w:val="00FE3A55"/>
    <w:rsid w:val="00FF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5C5B20"/>
  <w14:defaultImageDpi w14:val="300"/>
  <w15:docId w15:val="{F1904A16-CD48-4B9F-A588-9E1B7465F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 w:line="252" w:lineRule="auto"/>
    </w:pPr>
    <w:rPr>
      <w:rFonts w:ascii="Times New Roman" w:eastAsia="Times New Roman" w:hAnsi="Times New Roman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40"/>
      <w:outlineLvl w:val="0"/>
    </w:pPr>
    <w:rPr>
      <w:rFonts w:asciiTheme="majorHAnsi" w:eastAsiaTheme="majorEastAsia" w:hAnsiTheme="majorHAnsi" w:cstheme="majorBidi"/>
      <w:b/>
      <w:bCs/>
      <w:color w:val="0B6FA4"/>
      <w:sz w:val="22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40"/>
      <w:outlineLvl w:val="1"/>
    </w:pPr>
    <w:rPr>
      <w:rFonts w:asciiTheme="majorHAnsi" w:eastAsiaTheme="majorEastAsia" w:hAnsiTheme="majorHAnsi" w:cstheme="majorBidi"/>
      <w:b/>
      <w:bCs/>
      <w:color w:val="1F1F1F"/>
      <w:sz w:val="21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140"/>
      <w:outlineLvl w:val="2"/>
    </w:pPr>
    <w:rPr>
      <w:rFonts w:asciiTheme="majorHAnsi" w:eastAsiaTheme="majorEastAsia" w:hAnsiTheme="majorHAnsi" w:cstheme="majorBidi"/>
      <w:b/>
      <w:bCs/>
      <w:color w:val="1F1F1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b/>
      <w:color w:val="1F1F1F"/>
      <w:spacing w:val="5"/>
      <w:kern w:val="28"/>
      <w:sz w:val="24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spacing w:after="40"/>
      <w:ind w:left="312" w:hanging="198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03829A-BAA1-4925-86B5-D0ED75B6F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1998</Words>
  <Characters>11394</Characters>
  <Application>Microsoft Office Word</Application>
  <DocSecurity>0</DocSecurity>
  <Lines>94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Allegato B - Dichiarazione analitica titoli e attività</vt:lpstr>
      <vt:lpstr/>
    </vt:vector>
  </TitlesOfParts>
  <Manager/>
  <Company/>
  <LinksUpToDate>false</LinksUpToDate>
  <CharactersWithSpaces>13366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 - Dichiarazione analitica titoli e attività</dc:title>
  <dc:subject>Procedura selettiva per incarichi di insegnamento a.a. 2026/2027</dc:subject>
  <dc:creator>ISIA di Pescara</dc:creator>
  <cp:keywords/>
  <dc:description>generated by python-docx</dc:description>
  <cp:lastModifiedBy>Roberto D'Eramo</cp:lastModifiedBy>
  <cp:revision>4</cp:revision>
  <dcterms:created xsi:type="dcterms:W3CDTF">2026-08-17T08:03:00Z</dcterms:created>
  <dcterms:modified xsi:type="dcterms:W3CDTF">2026-08-26T09:24:00Z</dcterms:modified>
  <cp:category/>
</cp:coreProperties>
</file>