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37DA" w14:textId="77777777" w:rsidR="00C70D9B" w:rsidRPr="0067247C" w:rsidRDefault="00BD1E4D" w:rsidP="00BB36EC">
      <w:pPr>
        <w:pStyle w:val="Titolo"/>
        <w:pBdr>
          <w:bottom w:val="none" w:sz="0" w:space="0" w:color="auto"/>
        </w:pBdr>
        <w:spacing w:after="100"/>
        <w:jc w:val="center"/>
        <w:rPr>
          <w:rFonts w:ascii="Times New Roman" w:hAnsi="Times New Roman" w:cs="Times New Roman"/>
          <w:color w:val="auto"/>
          <w:lang w:val="it-IT"/>
        </w:rPr>
      </w:pPr>
      <w:r w:rsidRPr="0067247C">
        <w:rPr>
          <w:rFonts w:ascii="Times New Roman" w:hAnsi="Times New Roman" w:cs="Times New Roman"/>
          <w:color w:val="auto"/>
          <w:lang w:val="it-IT"/>
        </w:rPr>
        <w:t>ALLEGATO A</w:t>
      </w:r>
    </w:p>
    <w:p w14:paraId="1DB19F35" w14:textId="77777777" w:rsidR="00C70D9B" w:rsidRPr="0067247C" w:rsidRDefault="00BD1E4D">
      <w:pPr>
        <w:spacing w:after="160"/>
        <w:jc w:val="center"/>
        <w:rPr>
          <w:rFonts w:cs="Times New Roman"/>
          <w:lang w:val="it-IT"/>
        </w:rPr>
      </w:pPr>
      <w:r w:rsidRPr="0067247C">
        <w:rPr>
          <w:rFonts w:cs="Times New Roman"/>
          <w:b/>
          <w:lang w:val="it-IT"/>
        </w:rPr>
        <w:t>DOMANDA DI PARTECIPAZIONE</w:t>
      </w:r>
    </w:p>
    <w:p w14:paraId="42357538" w14:textId="77777777" w:rsidR="00C70D9B" w:rsidRPr="0067247C" w:rsidRDefault="00BD1E4D">
      <w:pPr>
        <w:jc w:val="right"/>
        <w:rPr>
          <w:rFonts w:cs="Times New Roman"/>
          <w:lang w:val="it-IT"/>
        </w:rPr>
      </w:pPr>
      <w:r w:rsidRPr="0067247C">
        <w:rPr>
          <w:rFonts w:cs="Times New Roman"/>
          <w:b/>
          <w:lang w:val="it-IT"/>
        </w:rPr>
        <w:t>Al Direttore dell’ISIA di Pescara</w:t>
      </w:r>
      <w:r w:rsidRPr="0067247C">
        <w:rPr>
          <w:rFonts w:cs="Times New Roman"/>
          <w:b/>
          <w:lang w:val="it-IT"/>
        </w:rPr>
        <w:br/>
        <w:t>Via Cesare Battisti n. 198</w:t>
      </w:r>
      <w:r w:rsidRPr="0067247C">
        <w:rPr>
          <w:rFonts w:cs="Times New Roman"/>
          <w:b/>
          <w:lang w:val="it-IT"/>
        </w:rPr>
        <w:br/>
        <w:t>65123 Pescara</w:t>
      </w:r>
    </w:p>
    <w:p w14:paraId="17DEAB54" w14:textId="77777777" w:rsidR="00C70D9B" w:rsidRPr="0067247C" w:rsidRDefault="00BD1E4D" w:rsidP="00F34B5D">
      <w:pPr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Il/La sottoscritto/a </w:t>
      </w:r>
      <w:r w:rsidR="003153B6" w:rsidRPr="0067247C">
        <w:rPr>
          <w:rFonts w:cs="Times New Roman"/>
          <w:lang w:val="it-IT"/>
        </w:rPr>
        <w:t xml:space="preserve">…. </w:t>
      </w:r>
      <w:r w:rsidRPr="0067247C">
        <w:rPr>
          <w:rFonts w:cs="Times New Roman"/>
          <w:lang w:val="it-IT"/>
        </w:rPr>
        <w:t>presenta domanda di partecipazione alla procedura selettiva pubblica per titoli e curricula artistico-professionali finalizzata alla formazione delle graduatorie per l’affidamento di incarichi di insegnamento per l’a.a. 2026/2027.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5783"/>
      </w:tblGrid>
      <w:tr w:rsidR="008F2E6B" w:rsidRPr="0067247C" w14:paraId="30A1A9C9" w14:textId="77777777">
        <w:trPr>
          <w:cantSplit/>
          <w:tblHeader/>
          <w:jc w:val="center"/>
        </w:trPr>
        <w:tc>
          <w:tcPr>
            <w:tcW w:w="3572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5F8204" w14:textId="77777777" w:rsidR="00C70D9B" w:rsidRPr="0067247C" w:rsidRDefault="00BD1E4D">
            <w:pPr>
              <w:spacing w:after="0"/>
              <w:jc w:val="center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Dato</w:t>
            </w:r>
          </w:p>
        </w:tc>
        <w:tc>
          <w:tcPr>
            <w:tcW w:w="5783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0BBEBF" w14:textId="77777777" w:rsidR="00C70D9B" w:rsidRPr="0067247C" w:rsidRDefault="00BD1E4D">
            <w:pPr>
              <w:spacing w:after="0"/>
              <w:jc w:val="center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Compilazione del candidato</w:t>
            </w:r>
          </w:p>
        </w:tc>
      </w:tr>
      <w:tr w:rsidR="008F2E6B" w:rsidRPr="0067247C" w14:paraId="492064CB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FB5C5C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Cognome e nome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13152D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E918A3" w14:paraId="40D09970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C7ACEA" w14:textId="77777777" w:rsidR="00C70D9B" w:rsidRPr="0067247C" w:rsidRDefault="00BD1E4D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67247C">
              <w:rPr>
                <w:rFonts w:cs="Times New Roman"/>
                <w:b/>
                <w:sz w:val="18"/>
                <w:lang w:val="it-IT"/>
              </w:rPr>
              <w:t>Luogo e data di nascita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417FCC" w14:textId="77777777" w:rsidR="00C70D9B" w:rsidRPr="0067247C" w:rsidRDefault="00C70D9B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8F2E6B" w:rsidRPr="0067247C" w14:paraId="0DF2BABD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9B3FD9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Codice fiscale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ED195C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67247C" w14:paraId="2BEE839A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F28FBF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Cittadinanza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8156DE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E918A3" w14:paraId="28FFA5C7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3B75A5" w14:textId="77777777" w:rsidR="00C70D9B" w:rsidRPr="0067247C" w:rsidRDefault="00BD1E4D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67247C">
              <w:rPr>
                <w:rFonts w:cs="Times New Roman"/>
                <w:b/>
                <w:sz w:val="18"/>
                <w:lang w:val="it-IT"/>
              </w:rPr>
              <w:t>Residenza (via, n., CAP, Comune, provincia)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1D3ED1" w14:textId="77777777" w:rsidR="00C70D9B" w:rsidRPr="0067247C" w:rsidRDefault="00C70D9B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8F2E6B" w:rsidRPr="00E918A3" w14:paraId="0AE6B410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879290" w14:textId="77777777" w:rsidR="00C70D9B" w:rsidRPr="0067247C" w:rsidRDefault="00BD1E4D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67247C">
              <w:rPr>
                <w:rFonts w:cs="Times New Roman"/>
                <w:b/>
                <w:sz w:val="18"/>
                <w:lang w:val="it-IT"/>
              </w:rPr>
              <w:t>Domicilio eletto per la procedura, se diverso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0EA542" w14:textId="77777777" w:rsidR="00C70D9B" w:rsidRPr="0067247C" w:rsidRDefault="00C70D9B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8F2E6B" w:rsidRPr="0067247C" w14:paraId="0E62DBE1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96908B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Telefono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341051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67247C" w14:paraId="30A57578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9A0229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E-mail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5193F2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C70D9B" w:rsidRPr="0067247C" w14:paraId="0E9B3043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9857AB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PEC personale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681FDD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2973F0C" w14:textId="77777777" w:rsidR="00C70D9B" w:rsidRPr="0067247C" w:rsidRDefault="00C70D9B">
      <w:pPr>
        <w:spacing w:after="0"/>
        <w:rPr>
          <w:rFonts w:cs="Times New Roman"/>
        </w:rPr>
      </w:pPr>
    </w:p>
    <w:p w14:paraId="2F5A9EDB" w14:textId="77777777" w:rsidR="00C70D9B" w:rsidRPr="0067247C" w:rsidRDefault="00BD1E4D">
      <w:pPr>
        <w:pStyle w:val="Titolo1"/>
        <w:rPr>
          <w:rFonts w:ascii="Times New Roman" w:hAnsi="Times New Roman" w:cs="Times New Roman"/>
          <w:color w:val="auto"/>
          <w:lang w:val="it-IT"/>
        </w:rPr>
      </w:pPr>
      <w:r w:rsidRPr="0067247C">
        <w:rPr>
          <w:rFonts w:ascii="Times New Roman" w:hAnsi="Times New Roman" w:cs="Times New Roman"/>
          <w:color w:val="auto"/>
          <w:lang w:val="it-IT"/>
        </w:rPr>
        <w:t>INSEGNAMENTO PER IL QUALE SI CONCORRE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5783"/>
      </w:tblGrid>
      <w:tr w:rsidR="008F2E6B" w:rsidRPr="0067247C" w14:paraId="30514C32" w14:textId="77777777">
        <w:trPr>
          <w:cantSplit/>
          <w:tblHeader/>
          <w:jc w:val="center"/>
        </w:trPr>
        <w:tc>
          <w:tcPr>
            <w:tcW w:w="3572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8CF5D3" w14:textId="77777777" w:rsidR="00C70D9B" w:rsidRPr="0067247C" w:rsidRDefault="00BD1E4D">
            <w:pPr>
              <w:spacing w:after="0"/>
              <w:jc w:val="center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Dato</w:t>
            </w:r>
          </w:p>
        </w:tc>
        <w:tc>
          <w:tcPr>
            <w:tcW w:w="5783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F7752" w14:textId="77777777" w:rsidR="00C70D9B" w:rsidRPr="0067247C" w:rsidRDefault="00BD1E4D">
            <w:pPr>
              <w:spacing w:after="0"/>
              <w:jc w:val="center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Compilazione del candidato</w:t>
            </w:r>
          </w:p>
        </w:tc>
      </w:tr>
      <w:tr w:rsidR="008F2E6B" w:rsidRPr="0067247C" w14:paraId="390FCADD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E4F7FA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Gruppo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09F52F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E918A3" w14:paraId="305C6FF9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E6625E" w14:textId="77777777" w:rsidR="00C70D9B" w:rsidRPr="00767705" w:rsidRDefault="00767705">
            <w:pPr>
              <w:spacing w:after="0" w:line="240" w:lineRule="auto"/>
              <w:rPr>
                <w:rFonts w:cs="Times New Roman"/>
                <w:lang w:val="it-IT"/>
              </w:rPr>
            </w:pPr>
            <w:r w:rsidRPr="00767705">
              <w:rPr>
                <w:rFonts w:cs="Times New Roman"/>
                <w:b/>
                <w:sz w:val="18"/>
                <w:lang w:val="it-IT"/>
              </w:rPr>
              <w:t>SAD previgente – corrispondenze SAD AFAM indicate nel bando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588111" w14:textId="77777777" w:rsidR="00C70D9B" w:rsidRPr="00767705" w:rsidRDefault="00C70D9B">
            <w:pPr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8F2E6B" w:rsidRPr="0067247C" w14:paraId="71C40E3A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40749A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Insegnamento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C62D48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F2E6B" w:rsidRPr="0067247C" w14:paraId="0BAEBCFB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62B6A4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Diploma accademico / livello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0576E3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C70D9B" w:rsidRPr="0067247C" w14:paraId="0DACAAF4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94ACD8" w14:textId="77777777" w:rsidR="00C70D9B" w:rsidRPr="0067247C" w:rsidRDefault="00BD1E4D">
            <w:pPr>
              <w:spacing w:after="0" w:line="240" w:lineRule="auto"/>
              <w:rPr>
                <w:rFonts w:cs="Times New Roman"/>
              </w:rPr>
            </w:pPr>
            <w:r w:rsidRPr="0067247C">
              <w:rPr>
                <w:rFonts w:cs="Times New Roman"/>
                <w:b/>
                <w:sz w:val="18"/>
              </w:rPr>
              <w:t>CFA e ore</w:t>
            </w:r>
          </w:p>
        </w:tc>
        <w:tc>
          <w:tcPr>
            <w:tcW w:w="57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B7B521" w14:textId="77777777" w:rsidR="00C70D9B" w:rsidRPr="0067247C" w:rsidRDefault="00C70D9B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3426FEB3" w14:textId="77777777" w:rsidR="00C70D9B" w:rsidRPr="0067247C" w:rsidRDefault="00C70D9B" w:rsidP="00BB36EC">
      <w:pPr>
        <w:spacing w:after="0"/>
        <w:jc w:val="both"/>
        <w:rPr>
          <w:rFonts w:cs="Times New Roman"/>
        </w:rPr>
      </w:pPr>
    </w:p>
    <w:p w14:paraId="19238D41" w14:textId="77777777" w:rsidR="00C70D9B" w:rsidRPr="0067247C" w:rsidRDefault="00BD1E4D" w:rsidP="00BB36EC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67247C">
        <w:rPr>
          <w:rFonts w:ascii="Times New Roman" w:hAnsi="Times New Roman" w:cs="Times New Roman"/>
          <w:color w:val="auto"/>
          <w:lang w:val="it-IT"/>
        </w:rPr>
        <w:t>DICHIARAZIONI SOSTITUTIVE</w:t>
      </w:r>
    </w:p>
    <w:p w14:paraId="03EEC61E" w14:textId="77777777" w:rsidR="00C70D9B" w:rsidRPr="0067247C" w:rsidRDefault="00BD1E4D" w:rsidP="00BB36EC">
      <w:pPr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>Ai sensi degli articoli 46 e 47 del d.P.R. 28 dicembre 2000, n. 445, consapevole delle responsabilità penali previste dall’articolo 76 e della decadenza dai benefici prevista dall’articolo 75 del medesimo decreto, il/la candidato/a dichiara:</w:t>
      </w:r>
    </w:p>
    <w:p w14:paraId="7A3315A8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avere età non inferiore a diciotto anni;</w:t>
      </w:r>
    </w:p>
    <w:p w14:paraId="14D2C70B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essere cittadino/a italiano/a o straniero/a, come sopra indicato, e, se cittadino/a straniero/a, di trovarsi nelle condizioni previste dalla normativa vigente per la stipulazione e l’esecuzione del contratto in Italia;</w:t>
      </w:r>
    </w:p>
    <w:p w14:paraId="752AB1F5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godere dei diritti civili e politici e di essere iscritto/a nelle liste elettorali del Comune di ______________________________, ovvero di non esservi iscritto/a per il seguente motivo: ___________________________________________;</w:t>
      </w:r>
    </w:p>
    <w:p w14:paraId="01F9F05B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godere, se cittadino/a straniero/a, dei diritti civili e politici nello Stato di appartenenza o provenienza, ove previsti, e di possedere adeguata conoscenza della lingua italiana, salvo che l’insegnamento debba essere svolto in altra lingua;</w:t>
      </w:r>
    </w:p>
    <w:p w14:paraId="6C867958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possedere l’idoneità allo svolgimento dell’incarico;</w:t>
      </w:r>
    </w:p>
    <w:p w14:paraId="7DEA1E34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lastRenderedPageBreak/>
        <w:t xml:space="preserve"> □ di non trovarsi in situazioni di incompatibilità, inconferibilità o conflitto di interessi previste dalla normativa vigente, impegnandosi a comunicarne tempestivamente l’eventuale insorgenza;</w:t>
      </w:r>
    </w:p>
    <w:p w14:paraId="19959DC4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non essere stato/a destituito/a o dispensato/a dall’impiego presso una pubblica amministrazione e di non essere stato/a dichiarato/a decaduto/a da un impiego pubblico per produzione di documenti falsi o viziati da invalidità insanabile;</w:t>
      </w:r>
    </w:p>
    <w:p w14:paraId="1BD218D6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non avere riportato condanne penali e di non avere procedimenti penali in corso; oppure di dichiarare integralmente le condanne riportate e/o i procedimenti pendenti, precisando gli eventuali provvedimenti che impediscano il conferimento dell’incarico: __________________________________________________________________________________________;</w:t>
      </w:r>
    </w:p>
    <w:p w14:paraId="660F78CC" w14:textId="7CFCAE83" w:rsidR="00465E02" w:rsidRDefault="00BD1E4D" w:rsidP="00465E02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</w:t>
      </w:r>
      <w:r w:rsidR="00465E02" w:rsidRPr="00465E02">
        <w:rPr>
          <w:rFonts w:cs="Times New Roman"/>
          <w:lang w:val="it-IT"/>
        </w:rPr>
        <w:t>di non prestare e di non avere prestato servizio presso pubbliche amministrazioni;</w:t>
      </w:r>
    </w:p>
    <w:p w14:paraId="04BFDCF7" w14:textId="14FE21C1" w:rsidR="007667D5" w:rsidRPr="00465E02" w:rsidRDefault="007667D5" w:rsidP="00465E02">
      <w:pPr>
        <w:pStyle w:val="Paragrafoelenc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ab/>
        <w:t>oppure</w:t>
      </w:r>
    </w:p>
    <w:p w14:paraId="7A9A06A4" w14:textId="77777777" w:rsidR="00C70D9B" w:rsidRPr="0067247C" w:rsidRDefault="00465E02" w:rsidP="00465E02">
      <w:pPr>
        <w:pStyle w:val="Paragrafoelenco"/>
        <w:jc w:val="both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</w:t>
      </w:r>
      <w:r w:rsidRPr="00465E02">
        <w:rPr>
          <w:rFonts w:cs="Times New Roman"/>
          <w:lang w:val="it-IT"/>
        </w:rPr>
        <w:t>□ di prestare o di avere prestato servizio presso le seguenti pubbliche amministrazioni, indicando i relativi periodi e, per i rapporti cessati, le cause di cessazione</w:t>
      </w:r>
      <w:r w:rsidR="00BD1E4D" w:rsidRPr="0067247C">
        <w:rPr>
          <w:rFonts w:cs="Times New Roman"/>
          <w:lang w:val="it-IT"/>
        </w:rPr>
        <w:t>;</w:t>
      </w:r>
    </w:p>
    <w:p w14:paraId="01FDCE4C" w14:textId="77777777" w:rsidR="00D80A78" w:rsidRPr="0067247C" w:rsidRDefault="0007543D">
      <w:pPr>
        <w:pStyle w:val="Paragrafoelenco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</w:t>
      </w:r>
      <w:r w:rsidR="0028578B" w:rsidRPr="0028578B">
        <w:rPr>
          <w:rFonts w:cs="Times New Roman"/>
          <w:lang w:val="it-IT"/>
        </w:rPr>
        <w:t>di non essere docente in servizio di ruolo presso l’ISIA di Pescara</w:t>
      </w:r>
      <w:r w:rsidRPr="0067247C">
        <w:rPr>
          <w:rFonts w:cs="Times New Roman"/>
          <w:lang w:val="it-IT"/>
        </w:rPr>
        <w:t>;</w:t>
      </w:r>
    </w:p>
    <w:p w14:paraId="00DFF1E2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che i dati, i titoli, i servizi, i prodotti e le attività indicati nella domanda e negli allegati sono veritieri, riferibili alla propria persona e verificabili;</w:t>
      </w:r>
    </w:p>
    <w:p w14:paraId="2A4F2E64" w14:textId="77777777" w:rsidR="00C70D9B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accettare integralmente le disposizioni del bando e che le pubblicazioni sul sito istituzionale hanno valore di notifica, salvo le comunicazioni individuali espressamente previste;</w:t>
      </w:r>
    </w:p>
    <w:p w14:paraId="3AB38126" w14:textId="77777777" w:rsidR="00F37096" w:rsidRDefault="00F37096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>□</w:t>
      </w:r>
      <w:r>
        <w:rPr>
          <w:rFonts w:cs="Times New Roman"/>
          <w:lang w:val="it-IT"/>
        </w:rPr>
        <w:t xml:space="preserve"> </w:t>
      </w:r>
      <w:r w:rsidRPr="00F37096">
        <w:rPr>
          <w:rFonts w:cs="Times New Roman"/>
          <w:lang w:val="it-IT"/>
        </w:rPr>
        <w:t>di essere consapevole che la rinuncia all’incarico, la mancata accettazione entro il termine assegnato, la mancata sottoscrizione del contratto o il mancato avvio dell’attività comportano la cancellazione dalla relativa graduatoria, secondo quanto previsto dall’articolo 7 del bando</w:t>
      </w:r>
      <w:r>
        <w:rPr>
          <w:rFonts w:cs="Times New Roman"/>
          <w:lang w:val="it-IT"/>
        </w:rPr>
        <w:t>;</w:t>
      </w:r>
    </w:p>
    <w:p w14:paraId="136E58CD" w14:textId="77777777" w:rsidR="007F2E31" w:rsidRPr="0067247C" w:rsidRDefault="007F2E31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>□</w:t>
      </w:r>
      <w:r>
        <w:rPr>
          <w:rFonts w:cs="Times New Roman"/>
          <w:lang w:val="it-IT"/>
        </w:rPr>
        <w:t xml:space="preserve"> </w:t>
      </w:r>
      <w:r w:rsidRPr="007F2E31">
        <w:rPr>
          <w:rFonts w:cs="Times New Roman"/>
          <w:lang w:val="it-IT"/>
        </w:rPr>
        <w:t>di non avere rapporti di parentela o di affinità, fino al quarto grado compreso, con il Presidente, il Direttore, il Direttore amministrativo, un componente del Consiglio di amministrazione o del Consiglio accademico dell’ISIA di Pescara</w:t>
      </w:r>
      <w:r w:rsidR="00E9599A">
        <w:rPr>
          <w:rFonts w:cs="Times New Roman"/>
          <w:lang w:val="it-IT"/>
        </w:rPr>
        <w:t>;</w:t>
      </w:r>
    </w:p>
    <w:p w14:paraId="0B515EEF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di impegnarsi a comunicare tempestivamente ogni variazione dei recapiti indicati nella domanda.</w:t>
      </w:r>
    </w:p>
    <w:p w14:paraId="4BB39B9D" w14:textId="77777777" w:rsidR="00C70D9B" w:rsidRPr="0067247C" w:rsidRDefault="00BD1E4D" w:rsidP="00BB36EC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67247C">
        <w:rPr>
          <w:rFonts w:ascii="Times New Roman" w:hAnsi="Times New Roman" w:cs="Times New Roman"/>
          <w:color w:val="auto"/>
          <w:lang w:val="it-IT"/>
        </w:rPr>
        <w:t>ALLEGATI</w:t>
      </w:r>
    </w:p>
    <w:p w14:paraId="4465B6FE" w14:textId="515A0FED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</w:t>
      </w:r>
      <w:r w:rsidR="00FB08AC">
        <w:rPr>
          <w:rFonts w:cs="Times New Roman"/>
          <w:lang w:val="it-IT"/>
        </w:rPr>
        <w:t>Sezione</w:t>
      </w:r>
      <w:r w:rsidRPr="0067247C">
        <w:rPr>
          <w:rFonts w:cs="Times New Roman"/>
          <w:lang w:val="it-IT"/>
        </w:rPr>
        <w:t xml:space="preserve"> B – Dichiarazione analitica dei titoli, dei servizi e delle attività valutabili, sottoscritt</w:t>
      </w:r>
      <w:r w:rsidR="00873A82">
        <w:rPr>
          <w:rFonts w:cs="Times New Roman"/>
          <w:lang w:val="it-IT"/>
        </w:rPr>
        <w:t>a</w:t>
      </w:r>
      <w:r w:rsidRPr="0067247C">
        <w:rPr>
          <w:rFonts w:cs="Times New Roman"/>
          <w:lang w:val="it-IT"/>
        </w:rPr>
        <w:t>;</w:t>
      </w:r>
    </w:p>
    <w:p w14:paraId="0D2A09C4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curriculum vitae e professionale, datato e sottoscritto e reso in forma di dichiarazione sostitutiva;</w:t>
      </w:r>
    </w:p>
    <w:p w14:paraId="20C54F5D" w14:textId="3B306CA1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</w:t>
      </w:r>
      <w:r w:rsidR="00FB08AC">
        <w:rPr>
          <w:rFonts w:cs="Times New Roman"/>
          <w:lang w:val="it-IT"/>
        </w:rPr>
        <w:t>Sezione</w:t>
      </w:r>
      <w:r w:rsidRPr="0067247C">
        <w:rPr>
          <w:rFonts w:cs="Times New Roman"/>
          <w:lang w:val="it-IT"/>
        </w:rPr>
        <w:t xml:space="preserve"> C – Proposta di programma didattico relativa allo specifico insegnamento, sottoscritt</w:t>
      </w:r>
      <w:r w:rsidR="00873A82">
        <w:rPr>
          <w:rFonts w:cs="Times New Roman"/>
          <w:lang w:val="it-IT"/>
        </w:rPr>
        <w:t>a</w:t>
      </w:r>
      <w:r w:rsidRPr="0067247C">
        <w:rPr>
          <w:rFonts w:cs="Times New Roman"/>
          <w:lang w:val="it-IT"/>
        </w:rPr>
        <w:t>;</w:t>
      </w:r>
    </w:p>
    <w:p w14:paraId="4C826E3D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copia fronte-retro del documento di identità in corso di validità, salvo sottoscrizione digitale idonea all’identificazione; copia del codice fiscale </w:t>
      </w:r>
      <w:r w:rsidR="001F267D" w:rsidRPr="001F267D">
        <w:rPr>
          <w:rFonts w:cs="Times New Roman"/>
          <w:lang w:val="it-IT"/>
        </w:rPr>
        <w:t>o della tessera sanitaria, ove disponibile</w:t>
      </w:r>
      <w:r w:rsidRPr="0067247C">
        <w:rPr>
          <w:rFonts w:cs="Times New Roman"/>
          <w:lang w:val="it-IT"/>
        </w:rPr>
        <w:t>;</w:t>
      </w:r>
    </w:p>
    <w:p w14:paraId="42CBF0A1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documentazione o collegamenti elettronici necessari alla verifica dei prodotti e delle attività dichiarati;</w:t>
      </w:r>
    </w:p>
    <w:p w14:paraId="24DB1B7E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documentazione relativa ai titoli conseguiti all’estero, ove presente;</w:t>
      </w:r>
    </w:p>
    <w:p w14:paraId="04BA83CC" w14:textId="77777777" w:rsidR="00C70D9B" w:rsidRPr="0067247C" w:rsidRDefault="00BD1E4D" w:rsidP="00BB36EC">
      <w:pPr>
        <w:pStyle w:val="Paragrafoelenco"/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 □ altra documentazione: __________________________________________________________________________.</w:t>
      </w:r>
    </w:p>
    <w:p w14:paraId="025EE67B" w14:textId="77777777" w:rsidR="00C70D9B" w:rsidRPr="0067247C" w:rsidRDefault="00BD1E4D" w:rsidP="00BB36EC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67247C">
        <w:rPr>
          <w:rFonts w:ascii="Times New Roman" w:hAnsi="Times New Roman" w:cs="Times New Roman"/>
          <w:color w:val="auto"/>
          <w:lang w:val="it-IT"/>
        </w:rPr>
        <w:t>TRATTAMENTO DEI DATI E CONTROLLI</w:t>
      </w:r>
    </w:p>
    <w:p w14:paraId="0DBCA719" w14:textId="77777777" w:rsidR="00C70D9B" w:rsidRPr="0067247C" w:rsidRDefault="00BD1E4D" w:rsidP="00BB36EC">
      <w:pPr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 xml:space="preserve">Il/La candidato/a prende atto che i dati personali saranno trattati esclusivamente per le finalità connesse alla procedura e all’eventuale conferimento e gestione dell’incarico, secondo quanto previsto dal bando e dalla normativa vigente. </w:t>
      </w:r>
      <w:r w:rsidR="00A346A9">
        <w:rPr>
          <w:rFonts w:cs="Times New Roman"/>
          <w:lang w:val="it-IT"/>
        </w:rPr>
        <w:t>Inoltre, prende atto che l’Istituto effettuerà</w:t>
      </w:r>
      <w:r w:rsidRPr="0067247C">
        <w:rPr>
          <w:rFonts w:cs="Times New Roman"/>
          <w:lang w:val="it-IT"/>
        </w:rPr>
        <w:t xml:space="preserve"> i controlli sulla veridicità delle dichiarazioni sostitutive ai sensi dell’articolo 71 del d.P.R. n. 445/2000.</w:t>
      </w:r>
    </w:p>
    <w:p w14:paraId="19631638" w14:textId="77777777" w:rsidR="00C70D9B" w:rsidRPr="0067247C" w:rsidRDefault="00BD1E4D" w:rsidP="00BB36EC">
      <w:pPr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>Luogo e data: ____________________________________</w:t>
      </w:r>
    </w:p>
    <w:p w14:paraId="09582C4D" w14:textId="77777777" w:rsidR="00C70D9B" w:rsidRPr="0067247C" w:rsidRDefault="00BD1E4D" w:rsidP="00BB36EC">
      <w:pPr>
        <w:jc w:val="both"/>
        <w:rPr>
          <w:rFonts w:cs="Times New Roman"/>
          <w:lang w:val="it-IT"/>
        </w:rPr>
      </w:pPr>
      <w:r w:rsidRPr="0067247C">
        <w:rPr>
          <w:rFonts w:cs="Times New Roman"/>
          <w:lang w:val="it-IT"/>
        </w:rPr>
        <w:t>Firma autografa per esteso o firma digitale: ______________________________________________</w:t>
      </w:r>
    </w:p>
    <w:sectPr w:rsidR="00C70D9B" w:rsidRPr="0067247C" w:rsidSect="00034616">
      <w:headerReference w:type="default" r:id="rId8"/>
      <w:footerReference w:type="default" r:id="rId9"/>
      <w:pgSz w:w="12240" w:h="15840"/>
      <w:pgMar w:top="1276" w:right="935" w:bottom="879" w:left="935" w:header="19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C85A" w14:textId="77777777" w:rsidR="003C587E" w:rsidRDefault="003C587E">
      <w:pPr>
        <w:spacing w:after="0" w:line="240" w:lineRule="auto"/>
      </w:pPr>
      <w:r>
        <w:separator/>
      </w:r>
    </w:p>
  </w:endnote>
  <w:endnote w:type="continuationSeparator" w:id="0">
    <w:p w14:paraId="4E446A90" w14:textId="77777777" w:rsidR="003C587E" w:rsidRDefault="003C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D57F" w14:textId="77777777" w:rsidR="00C70D9B" w:rsidRDefault="00BD1E4D">
    <w:pPr>
      <w:pStyle w:val="Pidipagina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465E02">
      <w:rPr>
        <w:noProof/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442A" w14:textId="77777777" w:rsidR="003C587E" w:rsidRDefault="003C587E">
      <w:pPr>
        <w:spacing w:after="0" w:line="240" w:lineRule="auto"/>
      </w:pPr>
      <w:r>
        <w:separator/>
      </w:r>
    </w:p>
  </w:footnote>
  <w:footnote w:type="continuationSeparator" w:id="0">
    <w:p w14:paraId="0775B589" w14:textId="77777777" w:rsidR="003C587E" w:rsidRDefault="003C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4AD7" w14:textId="77777777" w:rsidR="00C70D9B" w:rsidRDefault="00C70D9B">
    <w:pPr>
      <w:pStyle w:val="Intestazion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520"/>
      <w:gridCol w:w="1134"/>
    </w:tblGrid>
    <w:tr w:rsidR="00C70D9B" w14:paraId="25C73E42" w14:textId="77777777">
      <w:trPr>
        <w:jc w:val="center"/>
      </w:trPr>
      <w:tc>
        <w:tcPr>
          <w:tcW w:w="1701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5156E1D0" w14:textId="77777777" w:rsidR="00C70D9B" w:rsidRDefault="00BD1E4D">
          <w:r>
            <w:rPr>
              <w:noProof/>
              <w:lang w:val="it-IT" w:eastAsia="it-IT"/>
            </w:rPr>
            <w:drawing>
              <wp:inline distT="0" distB="0" distL="0" distR="0" wp14:anchorId="738F9687" wp14:editId="668EBF63">
                <wp:extent cx="936000" cy="47478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r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474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0D21BBE3" w14:textId="77777777" w:rsidR="00C70D9B" w:rsidRPr="00BB36EC" w:rsidRDefault="00BD1E4D">
          <w:pPr>
            <w:rPr>
              <w:lang w:val="it-IT"/>
            </w:rPr>
          </w:pPr>
          <w:r w:rsidRPr="00BB36EC">
            <w:rPr>
              <w:rFonts w:ascii="Arial" w:hAnsi="Arial"/>
              <w:b/>
              <w:sz w:val="14"/>
              <w:lang w:val="it-IT"/>
            </w:rPr>
            <w:t>ISIA di Pescara</w:t>
          </w:r>
          <w:r w:rsidRPr="00BB36EC">
            <w:rPr>
              <w:rFonts w:ascii="Arial" w:hAnsi="Arial"/>
              <w:b/>
              <w:sz w:val="14"/>
              <w:lang w:val="it-IT"/>
            </w:rPr>
            <w:br/>
            <w:t>Istituto Superiore per le Industrie Artistiche</w:t>
          </w:r>
          <w:r w:rsidRPr="00BB36EC">
            <w:rPr>
              <w:rFonts w:ascii="Arial" w:hAnsi="Arial"/>
              <w:b/>
              <w:sz w:val="14"/>
              <w:lang w:val="it-IT"/>
            </w:rPr>
            <w:br/>
          </w:r>
          <w:r w:rsidRPr="00BB36EC">
            <w:rPr>
              <w:rFonts w:ascii="Arial" w:hAnsi="Arial"/>
              <w:sz w:val="13"/>
              <w:lang w:val="it-IT"/>
            </w:rPr>
            <w:t>Via Cesare Battisti n. 198 - 65123 Pescara</w:t>
          </w:r>
          <w:r w:rsidRPr="00BB36EC">
            <w:rPr>
              <w:rFonts w:ascii="Arial" w:hAnsi="Arial"/>
              <w:sz w:val="13"/>
              <w:lang w:val="it-IT"/>
            </w:rPr>
            <w:br/>
            <w:t>Codice fiscale 91137250683 - Tel. 085.2059763 / 867</w:t>
          </w:r>
          <w:r w:rsidRPr="00BB36EC">
            <w:rPr>
              <w:rFonts w:ascii="Arial" w:hAnsi="Arial"/>
              <w:sz w:val="13"/>
              <w:lang w:val="it-IT"/>
            </w:rPr>
            <w:br/>
            <w:t>PEO: isiape@isiadesign.pe.it - PEC: pec@pec.isiadesign.pe.it - www.isiadesign.pe.it</w:t>
          </w:r>
        </w:p>
      </w:tc>
      <w:tc>
        <w:tcPr>
          <w:tcW w:w="1134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6231A657" w14:textId="77777777" w:rsidR="00C70D9B" w:rsidRDefault="00BD1E4D">
          <w:pPr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 wp14:anchorId="0D512D08" wp14:editId="7E394D3E">
                <wp:extent cx="486000" cy="486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left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AC3DF8" w14:textId="77777777" w:rsidR="00C70D9B" w:rsidRDefault="00C70D9B" w:rsidP="00BB36EC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603"/>
    <w:rsid w:val="00034616"/>
    <w:rsid w:val="0006063C"/>
    <w:rsid w:val="0007543D"/>
    <w:rsid w:val="00115A2F"/>
    <w:rsid w:val="0015074B"/>
    <w:rsid w:val="001F267D"/>
    <w:rsid w:val="0028578B"/>
    <w:rsid w:val="0029639D"/>
    <w:rsid w:val="003153B6"/>
    <w:rsid w:val="00326F90"/>
    <w:rsid w:val="00355EEA"/>
    <w:rsid w:val="003C587E"/>
    <w:rsid w:val="00400F10"/>
    <w:rsid w:val="0045726F"/>
    <w:rsid w:val="00465E02"/>
    <w:rsid w:val="005579FA"/>
    <w:rsid w:val="0067247C"/>
    <w:rsid w:val="007221C8"/>
    <w:rsid w:val="007667D5"/>
    <w:rsid w:val="00767705"/>
    <w:rsid w:val="00787246"/>
    <w:rsid w:val="007F2E31"/>
    <w:rsid w:val="00873A82"/>
    <w:rsid w:val="008F2E6B"/>
    <w:rsid w:val="009948BE"/>
    <w:rsid w:val="00A346A9"/>
    <w:rsid w:val="00AA1D8D"/>
    <w:rsid w:val="00B47730"/>
    <w:rsid w:val="00BB36EC"/>
    <w:rsid w:val="00BD1E4D"/>
    <w:rsid w:val="00C02800"/>
    <w:rsid w:val="00C70D9B"/>
    <w:rsid w:val="00CB0664"/>
    <w:rsid w:val="00D80A78"/>
    <w:rsid w:val="00E918A3"/>
    <w:rsid w:val="00E9599A"/>
    <w:rsid w:val="00F34B5D"/>
    <w:rsid w:val="00F37096"/>
    <w:rsid w:val="00FB08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330AB"/>
  <w14:defaultImageDpi w14:val="300"/>
  <w15:docId w15:val="{30885C92-A320-4351-977A-7CF49D15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0B6FA4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F1F1F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1F1F1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1F1F"/>
      <w:spacing w:val="5"/>
      <w:kern w:val="28"/>
      <w:sz w:val="24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spacing w:after="40"/>
      <w:ind w:left="312" w:hanging="198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14BDF9-3436-4E5F-A28F-16036FFD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 - Domanda di partecipazione</vt:lpstr>
      <vt:lpstr/>
    </vt:vector>
  </TitlesOfParts>
  <Manager/>
  <Company/>
  <LinksUpToDate>false</LinksUpToDate>
  <CharactersWithSpaces>5360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di partecipazione</dc:title>
  <dc:subject>Procedura selettiva per incarichi di insegnamento a.a. 2026/2027</dc:subject>
  <dc:creator>ISIA di Pescara</dc:creator>
  <cp:keywords/>
  <dc:description>generated by python-docx</dc:description>
  <cp:lastModifiedBy>Roberto D'Eramo</cp:lastModifiedBy>
  <cp:revision>18</cp:revision>
  <dcterms:created xsi:type="dcterms:W3CDTF">2026-08-07T05:38:00Z</dcterms:created>
  <dcterms:modified xsi:type="dcterms:W3CDTF">2026-08-26T11:19:00Z</dcterms:modified>
  <cp:category/>
</cp:coreProperties>
</file>