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A9296" w14:textId="2EF8C870" w:rsidR="0039460F" w:rsidRPr="004633B2" w:rsidRDefault="001B017C" w:rsidP="00AC4E82">
      <w:pPr>
        <w:pStyle w:val="Titolo"/>
        <w:keepNext w:val="0"/>
        <w:widowControl w:val="0"/>
        <w:pBdr>
          <w:bottom w:val="none" w:sz="0" w:space="0" w:color="auto"/>
        </w:pBdr>
        <w:spacing w:after="100"/>
        <w:jc w:val="center"/>
        <w:rPr>
          <w:rFonts w:ascii="Times New Roman" w:hAnsi="Times New Roman" w:cs="Times New Roman"/>
          <w:color w:val="auto"/>
          <w:lang w:val="it-IT"/>
        </w:rPr>
      </w:pPr>
      <w:r w:rsidRPr="004633B2">
        <w:rPr>
          <w:rFonts w:ascii="Times New Roman" w:hAnsi="Times New Roman" w:cs="Times New Roman"/>
          <w:color w:val="auto"/>
          <w:lang w:val="it-IT"/>
        </w:rPr>
        <w:t xml:space="preserve">ALLEGATO </w:t>
      </w:r>
      <w:r w:rsidR="007C68EF">
        <w:rPr>
          <w:rFonts w:ascii="Times New Roman" w:hAnsi="Times New Roman" w:cs="Times New Roman"/>
          <w:color w:val="auto"/>
          <w:lang w:val="it-IT"/>
        </w:rPr>
        <w:t>A</w:t>
      </w:r>
      <w:r w:rsidR="0074178B">
        <w:rPr>
          <w:rFonts w:ascii="Times New Roman" w:hAnsi="Times New Roman" w:cs="Times New Roman"/>
          <w:color w:val="auto"/>
          <w:lang w:val="it-IT"/>
        </w:rPr>
        <w:t xml:space="preserve"> – </w:t>
      </w:r>
      <w:r w:rsidR="007C68EF">
        <w:rPr>
          <w:rFonts w:ascii="Times New Roman" w:hAnsi="Times New Roman" w:cs="Times New Roman"/>
          <w:color w:val="auto"/>
          <w:lang w:val="it-IT"/>
        </w:rPr>
        <w:t xml:space="preserve">Sezione </w:t>
      </w:r>
      <w:r w:rsidRPr="004633B2">
        <w:rPr>
          <w:rFonts w:ascii="Times New Roman" w:hAnsi="Times New Roman" w:cs="Times New Roman"/>
          <w:color w:val="auto"/>
          <w:lang w:val="it-IT"/>
        </w:rPr>
        <w:t>C</w:t>
      </w:r>
    </w:p>
    <w:p w14:paraId="62766812" w14:textId="77777777" w:rsidR="0039460F" w:rsidRPr="004633B2" w:rsidRDefault="001B017C" w:rsidP="008266A6">
      <w:pPr>
        <w:widowControl w:val="0"/>
        <w:spacing w:after="160"/>
        <w:jc w:val="center"/>
        <w:rPr>
          <w:rFonts w:cs="Times New Roman"/>
          <w:lang w:val="it-IT"/>
        </w:rPr>
      </w:pPr>
      <w:r w:rsidRPr="004633B2">
        <w:rPr>
          <w:rFonts w:cs="Times New Roman"/>
          <w:b/>
          <w:lang w:val="it-IT"/>
        </w:rPr>
        <w:t>PROPOSTA DI PROGRAMMA DIDATTICO</w:t>
      </w: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953"/>
      </w:tblGrid>
      <w:tr w:rsidR="00C503CD" w:rsidRPr="004633B2" w14:paraId="24FF35B2" w14:textId="77777777">
        <w:trPr>
          <w:cantSplit/>
          <w:tblHeader/>
          <w:jc w:val="center"/>
        </w:trPr>
        <w:tc>
          <w:tcPr>
            <w:tcW w:w="3402" w:type="dxa"/>
            <w:shd w:val="clear" w:color="auto" w:fill="DCECF5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38363BC" w14:textId="77777777" w:rsidR="0039460F" w:rsidRPr="004633B2" w:rsidRDefault="001B017C" w:rsidP="008266A6">
            <w:pPr>
              <w:widowControl w:val="0"/>
              <w:spacing w:after="0"/>
              <w:jc w:val="center"/>
              <w:rPr>
                <w:rFonts w:cs="Times New Roman"/>
              </w:rPr>
            </w:pPr>
            <w:r w:rsidRPr="004633B2">
              <w:rPr>
                <w:rFonts w:cs="Times New Roman"/>
                <w:b/>
                <w:sz w:val="18"/>
              </w:rPr>
              <w:t>Dato</w:t>
            </w:r>
          </w:p>
        </w:tc>
        <w:tc>
          <w:tcPr>
            <w:tcW w:w="5953" w:type="dxa"/>
            <w:shd w:val="clear" w:color="auto" w:fill="DCECF5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2962467" w14:textId="77777777" w:rsidR="0039460F" w:rsidRPr="004633B2" w:rsidRDefault="001B017C" w:rsidP="008266A6">
            <w:pPr>
              <w:widowControl w:val="0"/>
              <w:spacing w:after="0"/>
              <w:jc w:val="center"/>
              <w:rPr>
                <w:rFonts w:cs="Times New Roman"/>
              </w:rPr>
            </w:pPr>
            <w:r w:rsidRPr="004633B2">
              <w:rPr>
                <w:rFonts w:cs="Times New Roman"/>
                <w:b/>
                <w:sz w:val="18"/>
              </w:rPr>
              <w:t>Compilazione del candidato</w:t>
            </w:r>
          </w:p>
        </w:tc>
      </w:tr>
      <w:tr w:rsidR="00C503CD" w:rsidRPr="004633B2" w14:paraId="380632E7" w14:textId="77777777">
        <w:trPr>
          <w:cantSplit/>
          <w:jc w:val="center"/>
        </w:trPr>
        <w:tc>
          <w:tcPr>
            <w:tcW w:w="3402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DBBC2EE" w14:textId="77777777" w:rsidR="0039460F" w:rsidRPr="004633B2" w:rsidRDefault="001B017C" w:rsidP="008266A6">
            <w:pPr>
              <w:widowControl w:val="0"/>
              <w:spacing w:after="0" w:line="240" w:lineRule="auto"/>
              <w:rPr>
                <w:rFonts w:cs="Times New Roman"/>
              </w:rPr>
            </w:pPr>
            <w:r w:rsidRPr="004633B2">
              <w:rPr>
                <w:rFonts w:cs="Times New Roman"/>
                <w:b/>
                <w:sz w:val="18"/>
              </w:rPr>
              <w:t>Cognome e nome</w:t>
            </w:r>
          </w:p>
        </w:tc>
        <w:tc>
          <w:tcPr>
            <w:tcW w:w="595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732196C" w14:textId="77777777" w:rsidR="0039460F" w:rsidRPr="004633B2" w:rsidRDefault="0039460F" w:rsidP="008266A6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</w:tr>
      <w:tr w:rsidR="00C503CD" w:rsidRPr="000936B5" w14:paraId="7852C256" w14:textId="77777777">
        <w:trPr>
          <w:cantSplit/>
          <w:jc w:val="center"/>
        </w:trPr>
        <w:tc>
          <w:tcPr>
            <w:tcW w:w="3402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0DBAC9F" w14:textId="77777777" w:rsidR="0039460F" w:rsidRPr="00CD6F94" w:rsidRDefault="00CD6F94" w:rsidP="008266A6">
            <w:pPr>
              <w:widowControl w:val="0"/>
              <w:spacing w:after="0" w:line="240" w:lineRule="auto"/>
              <w:rPr>
                <w:rFonts w:cs="Times New Roman"/>
                <w:lang w:val="it-IT"/>
              </w:rPr>
            </w:pPr>
            <w:r w:rsidRPr="00CD6F94">
              <w:rPr>
                <w:rFonts w:cs="Times New Roman"/>
                <w:b/>
                <w:sz w:val="18"/>
                <w:lang w:val="it-IT"/>
              </w:rPr>
              <w:t>SAD previgente – corrispondenze SAD AFAM indicate nel bando</w:t>
            </w:r>
          </w:p>
        </w:tc>
        <w:tc>
          <w:tcPr>
            <w:tcW w:w="595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67A2E65" w14:textId="77777777" w:rsidR="0039460F" w:rsidRPr="00CD6F94" w:rsidRDefault="0039460F" w:rsidP="008266A6">
            <w:pPr>
              <w:widowControl w:val="0"/>
              <w:spacing w:after="0" w:line="240" w:lineRule="auto"/>
              <w:rPr>
                <w:rFonts w:cs="Times New Roman"/>
                <w:lang w:val="it-IT"/>
              </w:rPr>
            </w:pPr>
          </w:p>
        </w:tc>
      </w:tr>
      <w:tr w:rsidR="00CD6F94" w:rsidRPr="004633B2" w14:paraId="0945F2EA" w14:textId="77777777" w:rsidTr="00392C7E">
        <w:trPr>
          <w:cantSplit/>
          <w:jc w:val="center"/>
        </w:trPr>
        <w:tc>
          <w:tcPr>
            <w:tcW w:w="3402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9F661CB" w14:textId="77777777" w:rsidR="00CD6F94" w:rsidRPr="004633B2" w:rsidRDefault="00CD6F94" w:rsidP="00392C7E">
            <w:pPr>
              <w:widowControl w:val="0"/>
              <w:spacing w:after="0" w:line="240" w:lineRule="auto"/>
              <w:rPr>
                <w:rFonts w:cs="Times New Roman"/>
              </w:rPr>
            </w:pPr>
            <w:r w:rsidRPr="004633B2">
              <w:rPr>
                <w:rFonts w:cs="Times New Roman"/>
                <w:b/>
                <w:sz w:val="18"/>
              </w:rPr>
              <w:t>Insegnamento</w:t>
            </w:r>
          </w:p>
        </w:tc>
        <w:tc>
          <w:tcPr>
            <w:tcW w:w="595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C1268AA" w14:textId="77777777" w:rsidR="00CD6F94" w:rsidRPr="004633B2" w:rsidRDefault="00CD6F94" w:rsidP="00392C7E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</w:tr>
      <w:tr w:rsidR="00C503CD" w:rsidRPr="004633B2" w14:paraId="36582F7D" w14:textId="77777777">
        <w:trPr>
          <w:cantSplit/>
          <w:jc w:val="center"/>
        </w:trPr>
        <w:tc>
          <w:tcPr>
            <w:tcW w:w="3402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B84B47A" w14:textId="77777777" w:rsidR="0039460F" w:rsidRPr="004633B2" w:rsidRDefault="001B017C" w:rsidP="008266A6">
            <w:pPr>
              <w:widowControl w:val="0"/>
              <w:spacing w:after="0" w:line="240" w:lineRule="auto"/>
              <w:rPr>
                <w:rFonts w:cs="Times New Roman"/>
                <w:lang w:val="it-IT"/>
              </w:rPr>
            </w:pPr>
            <w:r w:rsidRPr="004633B2">
              <w:rPr>
                <w:rFonts w:cs="Times New Roman"/>
                <w:b/>
                <w:sz w:val="18"/>
                <w:lang w:val="it-IT"/>
              </w:rPr>
              <w:t>Diploma accademico / livello</w:t>
            </w:r>
          </w:p>
        </w:tc>
        <w:tc>
          <w:tcPr>
            <w:tcW w:w="595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D0C9260" w14:textId="77777777" w:rsidR="0039460F" w:rsidRPr="004633B2" w:rsidRDefault="0039460F" w:rsidP="008266A6">
            <w:pPr>
              <w:widowControl w:val="0"/>
              <w:spacing w:after="0" w:line="240" w:lineRule="auto"/>
              <w:rPr>
                <w:rFonts w:cs="Times New Roman"/>
                <w:lang w:val="it-IT"/>
              </w:rPr>
            </w:pPr>
          </w:p>
        </w:tc>
      </w:tr>
      <w:tr w:rsidR="00C503CD" w:rsidRPr="000936B5" w14:paraId="3B917664" w14:textId="77777777">
        <w:trPr>
          <w:cantSplit/>
          <w:jc w:val="center"/>
        </w:trPr>
        <w:tc>
          <w:tcPr>
            <w:tcW w:w="3402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022943E" w14:textId="77777777" w:rsidR="0039460F" w:rsidRPr="004633B2" w:rsidRDefault="001B017C" w:rsidP="008266A6">
            <w:pPr>
              <w:widowControl w:val="0"/>
              <w:spacing w:after="0" w:line="240" w:lineRule="auto"/>
              <w:rPr>
                <w:rFonts w:cs="Times New Roman"/>
                <w:lang w:val="it-IT"/>
              </w:rPr>
            </w:pPr>
            <w:r w:rsidRPr="004633B2">
              <w:rPr>
                <w:rFonts w:cs="Times New Roman"/>
                <w:b/>
                <w:sz w:val="18"/>
                <w:lang w:val="it-IT"/>
              </w:rPr>
              <w:t>Tipologia (T / T/P / L)</w:t>
            </w:r>
          </w:p>
        </w:tc>
        <w:tc>
          <w:tcPr>
            <w:tcW w:w="595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99DF373" w14:textId="77777777" w:rsidR="0039460F" w:rsidRPr="004633B2" w:rsidRDefault="0039460F" w:rsidP="008266A6">
            <w:pPr>
              <w:widowControl w:val="0"/>
              <w:spacing w:after="0" w:line="240" w:lineRule="auto"/>
              <w:rPr>
                <w:rFonts w:cs="Times New Roman"/>
                <w:lang w:val="it-IT"/>
              </w:rPr>
            </w:pPr>
          </w:p>
        </w:tc>
      </w:tr>
      <w:tr w:rsidR="0039460F" w:rsidRPr="004633B2" w14:paraId="2B6BAA54" w14:textId="77777777">
        <w:trPr>
          <w:cantSplit/>
          <w:jc w:val="center"/>
        </w:trPr>
        <w:tc>
          <w:tcPr>
            <w:tcW w:w="3402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677BEA8" w14:textId="77777777" w:rsidR="0039460F" w:rsidRPr="004633B2" w:rsidRDefault="001B017C" w:rsidP="008266A6">
            <w:pPr>
              <w:widowControl w:val="0"/>
              <w:spacing w:after="0" w:line="240" w:lineRule="auto"/>
              <w:rPr>
                <w:rFonts w:cs="Times New Roman"/>
              </w:rPr>
            </w:pPr>
            <w:r w:rsidRPr="004633B2">
              <w:rPr>
                <w:rFonts w:cs="Times New Roman"/>
                <w:b/>
                <w:sz w:val="18"/>
              </w:rPr>
              <w:t>CFA e ore</w:t>
            </w:r>
          </w:p>
        </w:tc>
        <w:tc>
          <w:tcPr>
            <w:tcW w:w="595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ADA1530" w14:textId="77777777" w:rsidR="0039460F" w:rsidRPr="004633B2" w:rsidRDefault="0039460F" w:rsidP="008266A6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</w:tr>
    </w:tbl>
    <w:p w14:paraId="5C7234D3" w14:textId="77777777" w:rsidR="0039460F" w:rsidRPr="004633B2" w:rsidRDefault="0039460F" w:rsidP="008266A6">
      <w:pPr>
        <w:widowControl w:val="0"/>
        <w:spacing w:after="0"/>
        <w:rPr>
          <w:rFonts w:cs="Times New Roman"/>
        </w:rPr>
      </w:pPr>
    </w:p>
    <w:p w14:paraId="24617A77" w14:textId="1C5EE0D4" w:rsidR="0039460F" w:rsidRPr="004633B2" w:rsidRDefault="001B017C" w:rsidP="008266A6">
      <w:pPr>
        <w:widowControl w:val="0"/>
        <w:rPr>
          <w:rFonts w:cs="Times New Roman"/>
          <w:lang w:val="it-IT"/>
        </w:rPr>
      </w:pPr>
      <w:r w:rsidRPr="004633B2">
        <w:rPr>
          <w:rFonts w:cs="Times New Roman"/>
          <w:lang w:val="it-IT"/>
        </w:rPr>
        <w:t xml:space="preserve">Il programma deve essere specificamente riferito all’insegnamento, coerente con il relativo profilo contenuto nell’Allegato </w:t>
      </w:r>
      <w:r w:rsidR="000936B5">
        <w:rPr>
          <w:rFonts w:cs="Times New Roman"/>
          <w:lang w:val="it-IT"/>
        </w:rPr>
        <w:t>C</w:t>
      </w:r>
      <w:r w:rsidRPr="004633B2">
        <w:rPr>
          <w:rFonts w:cs="Times New Roman"/>
          <w:lang w:val="it-IT"/>
        </w:rPr>
        <w:t xml:space="preserve"> e realizzabile nelle ore e con le dotazioni indicate dal bando.</w:t>
      </w:r>
    </w:p>
    <w:p w14:paraId="4AA3EBB7" w14:textId="77777777" w:rsidR="0039460F" w:rsidRPr="004633B2" w:rsidRDefault="001B017C" w:rsidP="008266A6">
      <w:pPr>
        <w:pStyle w:val="Titolo1"/>
        <w:keepNext w:val="0"/>
        <w:keepLines w:val="0"/>
        <w:widowControl w:val="0"/>
        <w:rPr>
          <w:rFonts w:ascii="Times New Roman" w:hAnsi="Times New Roman" w:cs="Times New Roman"/>
          <w:color w:val="auto"/>
          <w:lang w:val="it-IT"/>
        </w:rPr>
      </w:pPr>
      <w:r w:rsidRPr="004633B2">
        <w:rPr>
          <w:rFonts w:ascii="Times New Roman" w:hAnsi="Times New Roman" w:cs="Times New Roman"/>
          <w:color w:val="auto"/>
          <w:lang w:val="it-IT"/>
        </w:rPr>
        <w:t>1. Titolo e sintesi del corso</w:t>
      </w:r>
    </w:p>
    <w:p w14:paraId="0D96A612" w14:textId="77777777" w:rsidR="0039460F" w:rsidRPr="004633B2" w:rsidRDefault="001B017C" w:rsidP="008266A6">
      <w:pPr>
        <w:widowControl w:val="0"/>
        <w:rPr>
          <w:rFonts w:cs="Times New Roman"/>
          <w:lang w:val="it-IT"/>
        </w:rPr>
      </w:pPr>
      <w:r w:rsidRPr="004633B2">
        <w:rPr>
          <w:rFonts w:cs="Times New Roman"/>
          <w:i/>
          <w:sz w:val="18"/>
          <w:lang w:val="it-IT"/>
        </w:rPr>
        <w:t>Indicare il titolo proposto e una sintesi di massimo 1.000 caratteri.</w:t>
      </w: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9354"/>
      </w:tblGrid>
      <w:tr w:rsidR="00C503CD" w:rsidRPr="004633B2" w14:paraId="7A180729" w14:textId="77777777">
        <w:trPr>
          <w:cantSplit/>
          <w:tblHeader/>
          <w:jc w:val="center"/>
        </w:trPr>
        <w:tc>
          <w:tcPr>
            <w:tcW w:w="9354" w:type="dxa"/>
            <w:shd w:val="clear" w:color="auto" w:fill="DCECF5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76DCB2A" w14:textId="77777777" w:rsidR="0039460F" w:rsidRPr="004633B2" w:rsidRDefault="001B017C" w:rsidP="008266A6">
            <w:pPr>
              <w:widowControl w:val="0"/>
              <w:spacing w:after="0"/>
              <w:jc w:val="center"/>
              <w:rPr>
                <w:rFonts w:cs="Times New Roman"/>
              </w:rPr>
            </w:pPr>
            <w:r w:rsidRPr="004633B2">
              <w:rPr>
                <w:rFonts w:cs="Times New Roman"/>
                <w:b/>
                <w:sz w:val="18"/>
              </w:rPr>
              <w:t>Spazio riservato al candidato</w:t>
            </w:r>
          </w:p>
        </w:tc>
      </w:tr>
      <w:tr w:rsidR="0039460F" w:rsidRPr="004633B2" w14:paraId="1A5DAE7C" w14:textId="77777777">
        <w:trPr>
          <w:cantSplit/>
          <w:trHeight w:val="1304"/>
          <w:jc w:val="center"/>
        </w:trPr>
        <w:tc>
          <w:tcPr>
            <w:tcW w:w="935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6D7A83C" w14:textId="77777777" w:rsidR="0039460F" w:rsidRPr="004633B2" w:rsidRDefault="0039460F" w:rsidP="008266A6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</w:tr>
    </w:tbl>
    <w:p w14:paraId="16FB96BA" w14:textId="77777777" w:rsidR="0039460F" w:rsidRPr="004633B2" w:rsidRDefault="0039460F" w:rsidP="008266A6">
      <w:pPr>
        <w:widowControl w:val="0"/>
        <w:spacing w:after="0"/>
        <w:rPr>
          <w:rFonts w:cs="Times New Roman"/>
        </w:rPr>
      </w:pPr>
    </w:p>
    <w:p w14:paraId="4CD22294" w14:textId="77777777" w:rsidR="0039460F" w:rsidRPr="004633B2" w:rsidRDefault="001B017C" w:rsidP="008266A6">
      <w:pPr>
        <w:pStyle w:val="Titolo1"/>
        <w:keepNext w:val="0"/>
        <w:keepLines w:val="0"/>
        <w:widowControl w:val="0"/>
        <w:rPr>
          <w:rFonts w:ascii="Times New Roman" w:hAnsi="Times New Roman" w:cs="Times New Roman"/>
          <w:color w:val="auto"/>
        </w:rPr>
      </w:pPr>
      <w:r w:rsidRPr="004633B2">
        <w:rPr>
          <w:rFonts w:ascii="Times New Roman" w:hAnsi="Times New Roman" w:cs="Times New Roman"/>
          <w:color w:val="auto"/>
        </w:rPr>
        <w:t>2. Collocazione nel percorso formativo</w:t>
      </w:r>
    </w:p>
    <w:p w14:paraId="34856CC5" w14:textId="77777777" w:rsidR="0039460F" w:rsidRPr="004633B2" w:rsidRDefault="001B017C" w:rsidP="008266A6">
      <w:pPr>
        <w:widowControl w:val="0"/>
        <w:rPr>
          <w:rFonts w:cs="Times New Roman"/>
          <w:lang w:val="it-IT"/>
        </w:rPr>
      </w:pPr>
      <w:r w:rsidRPr="004633B2">
        <w:rPr>
          <w:rFonts w:cs="Times New Roman"/>
          <w:i/>
          <w:sz w:val="18"/>
          <w:lang w:val="it-IT"/>
        </w:rPr>
        <w:t>Illustrare il contributo dell’insegnamento al corso di diploma, i prerequisiti e i collegamenti con gli altri insegnamenti.</w:t>
      </w: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9354"/>
      </w:tblGrid>
      <w:tr w:rsidR="00C503CD" w:rsidRPr="004633B2" w14:paraId="143E4049" w14:textId="77777777">
        <w:trPr>
          <w:cantSplit/>
          <w:tblHeader/>
          <w:jc w:val="center"/>
        </w:trPr>
        <w:tc>
          <w:tcPr>
            <w:tcW w:w="9354" w:type="dxa"/>
            <w:shd w:val="clear" w:color="auto" w:fill="DCECF5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DAA95B5" w14:textId="77777777" w:rsidR="0039460F" w:rsidRPr="004633B2" w:rsidRDefault="001B017C" w:rsidP="008266A6">
            <w:pPr>
              <w:widowControl w:val="0"/>
              <w:spacing w:after="0"/>
              <w:jc w:val="center"/>
              <w:rPr>
                <w:rFonts w:cs="Times New Roman"/>
              </w:rPr>
            </w:pPr>
            <w:r w:rsidRPr="004633B2">
              <w:rPr>
                <w:rFonts w:cs="Times New Roman"/>
                <w:b/>
                <w:sz w:val="18"/>
              </w:rPr>
              <w:t>Spazio riservato al candidato</w:t>
            </w:r>
          </w:p>
        </w:tc>
      </w:tr>
      <w:tr w:rsidR="0039460F" w:rsidRPr="004633B2" w14:paraId="100174F7" w14:textId="77777777">
        <w:trPr>
          <w:cantSplit/>
          <w:trHeight w:val="1304"/>
          <w:jc w:val="center"/>
        </w:trPr>
        <w:tc>
          <w:tcPr>
            <w:tcW w:w="935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334E9FE" w14:textId="77777777" w:rsidR="0039460F" w:rsidRPr="004633B2" w:rsidRDefault="0039460F" w:rsidP="008266A6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</w:tr>
    </w:tbl>
    <w:p w14:paraId="22F0EA58" w14:textId="77777777" w:rsidR="0039460F" w:rsidRPr="004633B2" w:rsidRDefault="0039460F" w:rsidP="008266A6">
      <w:pPr>
        <w:widowControl w:val="0"/>
        <w:spacing w:after="0"/>
        <w:rPr>
          <w:rFonts w:cs="Times New Roman"/>
        </w:rPr>
      </w:pPr>
    </w:p>
    <w:p w14:paraId="0F5AF7CE" w14:textId="77777777" w:rsidR="0039460F" w:rsidRPr="004633B2" w:rsidRDefault="001B017C" w:rsidP="008266A6">
      <w:pPr>
        <w:pStyle w:val="Titolo1"/>
        <w:keepNext w:val="0"/>
        <w:keepLines w:val="0"/>
        <w:widowControl w:val="0"/>
        <w:rPr>
          <w:rFonts w:ascii="Times New Roman" w:hAnsi="Times New Roman" w:cs="Times New Roman"/>
          <w:color w:val="auto"/>
        </w:rPr>
      </w:pPr>
      <w:r w:rsidRPr="004633B2">
        <w:rPr>
          <w:rFonts w:ascii="Times New Roman" w:hAnsi="Times New Roman" w:cs="Times New Roman"/>
          <w:color w:val="auto"/>
        </w:rPr>
        <w:t>3. Risultati di apprendimento attesi</w:t>
      </w:r>
    </w:p>
    <w:p w14:paraId="2FE15867" w14:textId="77777777" w:rsidR="0039460F" w:rsidRPr="004633B2" w:rsidRDefault="001B017C" w:rsidP="008266A6">
      <w:pPr>
        <w:widowControl w:val="0"/>
        <w:rPr>
          <w:rFonts w:cs="Times New Roman"/>
          <w:lang w:val="it-IT"/>
        </w:rPr>
      </w:pPr>
      <w:r w:rsidRPr="004633B2">
        <w:rPr>
          <w:rFonts w:cs="Times New Roman"/>
          <w:i/>
          <w:sz w:val="18"/>
          <w:lang w:val="it-IT"/>
        </w:rPr>
        <w:t>Distinguere conoscenze e comprensione; capacità applicative; autonomia di giudizio; abilità comunicative; capacità di apprendimento.</w:t>
      </w: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9354"/>
      </w:tblGrid>
      <w:tr w:rsidR="00C503CD" w:rsidRPr="004633B2" w14:paraId="43338881" w14:textId="77777777">
        <w:trPr>
          <w:cantSplit/>
          <w:tblHeader/>
          <w:jc w:val="center"/>
        </w:trPr>
        <w:tc>
          <w:tcPr>
            <w:tcW w:w="9354" w:type="dxa"/>
            <w:shd w:val="clear" w:color="auto" w:fill="DCECF5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3093497" w14:textId="77777777" w:rsidR="0039460F" w:rsidRPr="004633B2" w:rsidRDefault="001B017C" w:rsidP="008266A6">
            <w:pPr>
              <w:widowControl w:val="0"/>
              <w:spacing w:after="0"/>
              <w:jc w:val="center"/>
              <w:rPr>
                <w:rFonts w:cs="Times New Roman"/>
              </w:rPr>
            </w:pPr>
            <w:r w:rsidRPr="004633B2">
              <w:rPr>
                <w:rFonts w:cs="Times New Roman"/>
                <w:b/>
                <w:sz w:val="18"/>
              </w:rPr>
              <w:t>Spazio riservato al candidato</w:t>
            </w:r>
          </w:p>
        </w:tc>
      </w:tr>
      <w:tr w:rsidR="00C503CD" w:rsidRPr="004633B2" w14:paraId="045EFF7F" w14:textId="77777777">
        <w:trPr>
          <w:cantSplit/>
          <w:trHeight w:val="1701"/>
          <w:jc w:val="center"/>
        </w:trPr>
        <w:tc>
          <w:tcPr>
            <w:tcW w:w="935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B089C40" w14:textId="77777777" w:rsidR="0039460F" w:rsidRPr="004633B2" w:rsidRDefault="0039460F" w:rsidP="008266A6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</w:tr>
    </w:tbl>
    <w:p w14:paraId="4B7C601C" w14:textId="77777777" w:rsidR="0039460F" w:rsidRPr="004633B2" w:rsidRDefault="001B017C" w:rsidP="008266A6">
      <w:pPr>
        <w:pStyle w:val="Titolo1"/>
        <w:keepNext w:val="0"/>
        <w:keepLines w:val="0"/>
        <w:widowControl w:val="0"/>
        <w:rPr>
          <w:rFonts w:ascii="Times New Roman" w:hAnsi="Times New Roman" w:cs="Times New Roman"/>
          <w:color w:val="auto"/>
        </w:rPr>
      </w:pPr>
      <w:r w:rsidRPr="004633B2">
        <w:rPr>
          <w:rFonts w:ascii="Times New Roman" w:hAnsi="Times New Roman" w:cs="Times New Roman"/>
          <w:color w:val="auto"/>
        </w:rPr>
        <w:lastRenderedPageBreak/>
        <w:t>4. Contenuti e articolazione</w:t>
      </w:r>
    </w:p>
    <w:p w14:paraId="7D7FFC1E" w14:textId="77777777" w:rsidR="0039460F" w:rsidRPr="004633B2" w:rsidRDefault="001B017C" w:rsidP="008266A6">
      <w:pPr>
        <w:widowControl w:val="0"/>
        <w:rPr>
          <w:rFonts w:cs="Times New Roman"/>
          <w:lang w:val="it-IT"/>
        </w:rPr>
      </w:pPr>
      <w:r w:rsidRPr="004633B2">
        <w:rPr>
          <w:rFonts w:cs="Times New Roman"/>
          <w:i/>
          <w:sz w:val="18"/>
          <w:lang w:val="it-IT"/>
        </w:rPr>
        <w:t>Descrivere la progressione dei contenuti e la distribuzione delle ore.</w:t>
      </w: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9354"/>
      </w:tblGrid>
      <w:tr w:rsidR="00C503CD" w:rsidRPr="004633B2" w14:paraId="12E300CD" w14:textId="77777777">
        <w:trPr>
          <w:cantSplit/>
          <w:tblHeader/>
          <w:jc w:val="center"/>
        </w:trPr>
        <w:tc>
          <w:tcPr>
            <w:tcW w:w="9354" w:type="dxa"/>
            <w:shd w:val="clear" w:color="auto" w:fill="DCECF5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1F804F5" w14:textId="77777777" w:rsidR="0039460F" w:rsidRPr="004633B2" w:rsidRDefault="001B017C" w:rsidP="008266A6">
            <w:pPr>
              <w:widowControl w:val="0"/>
              <w:spacing w:after="0"/>
              <w:jc w:val="center"/>
              <w:rPr>
                <w:rFonts w:cs="Times New Roman"/>
              </w:rPr>
            </w:pPr>
            <w:r w:rsidRPr="004633B2">
              <w:rPr>
                <w:rFonts w:cs="Times New Roman"/>
                <w:b/>
                <w:sz w:val="18"/>
              </w:rPr>
              <w:t>Spazio riservato al candidato</w:t>
            </w:r>
          </w:p>
        </w:tc>
      </w:tr>
      <w:tr w:rsidR="0039460F" w:rsidRPr="004633B2" w14:paraId="56F47C5F" w14:textId="77777777">
        <w:trPr>
          <w:cantSplit/>
          <w:trHeight w:val="1701"/>
          <w:jc w:val="center"/>
        </w:trPr>
        <w:tc>
          <w:tcPr>
            <w:tcW w:w="935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9A26B20" w14:textId="77777777" w:rsidR="0039460F" w:rsidRPr="004633B2" w:rsidRDefault="0039460F" w:rsidP="008266A6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</w:tr>
    </w:tbl>
    <w:p w14:paraId="7C5428DE" w14:textId="77777777" w:rsidR="0039460F" w:rsidRPr="004633B2" w:rsidRDefault="0039460F" w:rsidP="008266A6">
      <w:pPr>
        <w:widowControl w:val="0"/>
        <w:spacing w:after="0"/>
        <w:rPr>
          <w:rFonts w:cs="Times New Roman"/>
        </w:rPr>
      </w:pPr>
    </w:p>
    <w:p w14:paraId="43B0BD1E" w14:textId="77777777" w:rsidR="0039460F" w:rsidRPr="004633B2" w:rsidRDefault="001B017C" w:rsidP="008266A6">
      <w:pPr>
        <w:pStyle w:val="Titolo1"/>
        <w:keepNext w:val="0"/>
        <w:keepLines w:val="0"/>
        <w:widowControl w:val="0"/>
        <w:rPr>
          <w:rFonts w:ascii="Times New Roman" w:hAnsi="Times New Roman" w:cs="Times New Roman"/>
          <w:color w:val="auto"/>
        </w:rPr>
      </w:pPr>
      <w:r w:rsidRPr="004633B2">
        <w:rPr>
          <w:rFonts w:ascii="Times New Roman" w:hAnsi="Times New Roman" w:cs="Times New Roman"/>
          <w:color w:val="auto"/>
        </w:rPr>
        <w:t>5. Metodologie didattiche</w:t>
      </w:r>
    </w:p>
    <w:p w14:paraId="6E53F419" w14:textId="77777777" w:rsidR="0039460F" w:rsidRPr="004633B2" w:rsidRDefault="001B017C" w:rsidP="008266A6">
      <w:pPr>
        <w:widowControl w:val="0"/>
        <w:rPr>
          <w:rFonts w:cs="Times New Roman"/>
          <w:lang w:val="it-IT"/>
        </w:rPr>
      </w:pPr>
      <w:r w:rsidRPr="004633B2">
        <w:rPr>
          <w:rFonts w:cs="Times New Roman"/>
          <w:i/>
          <w:sz w:val="18"/>
          <w:lang w:val="it-IT"/>
        </w:rPr>
        <w:t>Indicare lezioni, esercitazioni, laboratori, revisioni, project work, attività sul campo, seminari o altre metodologie.</w:t>
      </w: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9354"/>
      </w:tblGrid>
      <w:tr w:rsidR="00C503CD" w:rsidRPr="004633B2" w14:paraId="12062B2C" w14:textId="77777777">
        <w:trPr>
          <w:cantSplit/>
          <w:tblHeader/>
          <w:jc w:val="center"/>
        </w:trPr>
        <w:tc>
          <w:tcPr>
            <w:tcW w:w="9354" w:type="dxa"/>
            <w:shd w:val="clear" w:color="auto" w:fill="DCECF5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5C858DF" w14:textId="77777777" w:rsidR="0039460F" w:rsidRPr="004633B2" w:rsidRDefault="001B017C" w:rsidP="008266A6">
            <w:pPr>
              <w:widowControl w:val="0"/>
              <w:spacing w:after="0"/>
              <w:jc w:val="center"/>
              <w:rPr>
                <w:rFonts w:cs="Times New Roman"/>
              </w:rPr>
            </w:pPr>
            <w:r w:rsidRPr="004633B2">
              <w:rPr>
                <w:rFonts w:cs="Times New Roman"/>
                <w:b/>
                <w:sz w:val="18"/>
              </w:rPr>
              <w:t>Spazio riservato al candidato</w:t>
            </w:r>
          </w:p>
        </w:tc>
      </w:tr>
      <w:tr w:rsidR="0039460F" w:rsidRPr="004633B2" w14:paraId="1763A7D8" w14:textId="77777777">
        <w:trPr>
          <w:cantSplit/>
          <w:trHeight w:val="1701"/>
          <w:jc w:val="center"/>
        </w:trPr>
        <w:tc>
          <w:tcPr>
            <w:tcW w:w="935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1B2E764" w14:textId="77777777" w:rsidR="0039460F" w:rsidRPr="004633B2" w:rsidRDefault="0039460F" w:rsidP="008266A6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</w:tr>
    </w:tbl>
    <w:p w14:paraId="652ACC01" w14:textId="77777777" w:rsidR="0039460F" w:rsidRPr="004633B2" w:rsidRDefault="0039460F" w:rsidP="008266A6">
      <w:pPr>
        <w:widowControl w:val="0"/>
        <w:spacing w:after="0"/>
        <w:rPr>
          <w:rFonts w:cs="Times New Roman"/>
        </w:rPr>
      </w:pPr>
    </w:p>
    <w:p w14:paraId="35E12798" w14:textId="77777777" w:rsidR="0039460F" w:rsidRPr="004633B2" w:rsidRDefault="001B017C" w:rsidP="008266A6">
      <w:pPr>
        <w:pStyle w:val="Titolo1"/>
        <w:keepNext w:val="0"/>
        <w:keepLines w:val="0"/>
        <w:widowControl w:val="0"/>
        <w:rPr>
          <w:rFonts w:ascii="Times New Roman" w:hAnsi="Times New Roman" w:cs="Times New Roman"/>
          <w:color w:val="auto"/>
        </w:rPr>
      </w:pPr>
      <w:r w:rsidRPr="004633B2">
        <w:rPr>
          <w:rFonts w:ascii="Times New Roman" w:hAnsi="Times New Roman" w:cs="Times New Roman"/>
          <w:color w:val="auto"/>
        </w:rPr>
        <w:t>6. Verifica dell’apprendimento</w:t>
      </w:r>
    </w:p>
    <w:p w14:paraId="19B8B4E8" w14:textId="77777777" w:rsidR="0039460F" w:rsidRPr="004633B2" w:rsidRDefault="001B017C" w:rsidP="008266A6">
      <w:pPr>
        <w:widowControl w:val="0"/>
        <w:rPr>
          <w:rFonts w:cs="Times New Roman"/>
          <w:lang w:val="it-IT"/>
        </w:rPr>
      </w:pPr>
      <w:r w:rsidRPr="004633B2">
        <w:rPr>
          <w:rFonts w:cs="Times New Roman"/>
          <w:i/>
          <w:sz w:val="18"/>
          <w:lang w:val="it-IT"/>
        </w:rPr>
        <w:t>Indicare prove intermedie e finali, criteri di valutazione, prodotti richiesti e modalità di restituzione agli studenti.</w:t>
      </w: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9354"/>
      </w:tblGrid>
      <w:tr w:rsidR="00C503CD" w:rsidRPr="004633B2" w14:paraId="65C7076F" w14:textId="77777777">
        <w:trPr>
          <w:cantSplit/>
          <w:tblHeader/>
          <w:jc w:val="center"/>
        </w:trPr>
        <w:tc>
          <w:tcPr>
            <w:tcW w:w="9354" w:type="dxa"/>
            <w:shd w:val="clear" w:color="auto" w:fill="DCECF5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E00F515" w14:textId="77777777" w:rsidR="0039460F" w:rsidRPr="004633B2" w:rsidRDefault="001B017C" w:rsidP="008266A6">
            <w:pPr>
              <w:widowControl w:val="0"/>
              <w:spacing w:after="0"/>
              <w:jc w:val="center"/>
              <w:rPr>
                <w:rFonts w:cs="Times New Roman"/>
              </w:rPr>
            </w:pPr>
            <w:r w:rsidRPr="004633B2">
              <w:rPr>
                <w:rFonts w:cs="Times New Roman"/>
                <w:b/>
                <w:sz w:val="18"/>
              </w:rPr>
              <w:t>Spazio riservato al candidato</w:t>
            </w:r>
          </w:p>
        </w:tc>
      </w:tr>
      <w:tr w:rsidR="00C503CD" w:rsidRPr="004633B2" w14:paraId="6B88FAEC" w14:textId="77777777">
        <w:trPr>
          <w:cantSplit/>
          <w:trHeight w:val="1701"/>
          <w:jc w:val="center"/>
        </w:trPr>
        <w:tc>
          <w:tcPr>
            <w:tcW w:w="935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F75213E" w14:textId="77777777" w:rsidR="0039460F" w:rsidRPr="004633B2" w:rsidRDefault="0039460F" w:rsidP="008266A6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</w:tr>
    </w:tbl>
    <w:p w14:paraId="010F20CE" w14:textId="77777777" w:rsidR="0039460F" w:rsidRPr="004633B2" w:rsidRDefault="001B017C" w:rsidP="008266A6">
      <w:pPr>
        <w:pStyle w:val="Titolo1"/>
        <w:keepNext w:val="0"/>
        <w:keepLines w:val="0"/>
        <w:widowControl w:val="0"/>
        <w:rPr>
          <w:rFonts w:ascii="Times New Roman" w:hAnsi="Times New Roman" w:cs="Times New Roman"/>
          <w:color w:val="auto"/>
        </w:rPr>
      </w:pPr>
      <w:r w:rsidRPr="004633B2">
        <w:rPr>
          <w:rFonts w:ascii="Times New Roman" w:hAnsi="Times New Roman" w:cs="Times New Roman"/>
          <w:color w:val="auto"/>
        </w:rPr>
        <w:t>7. Integrazione e interdisciplinarità</w:t>
      </w:r>
    </w:p>
    <w:p w14:paraId="3C6A360F" w14:textId="77777777" w:rsidR="0039460F" w:rsidRPr="004633B2" w:rsidRDefault="001B017C" w:rsidP="008266A6">
      <w:pPr>
        <w:widowControl w:val="0"/>
        <w:rPr>
          <w:rFonts w:cs="Times New Roman"/>
          <w:lang w:val="it-IT"/>
        </w:rPr>
      </w:pPr>
      <w:r w:rsidRPr="004633B2">
        <w:rPr>
          <w:rFonts w:cs="Times New Roman"/>
          <w:i/>
          <w:sz w:val="18"/>
          <w:lang w:val="it-IT"/>
        </w:rPr>
        <w:t>Indicare i collegamenti con il percorso formativo e le eventuali collaborazioni con altri insegnamenti.</w:t>
      </w: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9354"/>
      </w:tblGrid>
      <w:tr w:rsidR="00C503CD" w:rsidRPr="004633B2" w14:paraId="4FCBD7AF" w14:textId="77777777">
        <w:trPr>
          <w:cantSplit/>
          <w:tblHeader/>
          <w:jc w:val="center"/>
        </w:trPr>
        <w:tc>
          <w:tcPr>
            <w:tcW w:w="9354" w:type="dxa"/>
            <w:shd w:val="clear" w:color="auto" w:fill="DCECF5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1A8B245" w14:textId="77777777" w:rsidR="0039460F" w:rsidRPr="004633B2" w:rsidRDefault="001B017C" w:rsidP="008266A6">
            <w:pPr>
              <w:widowControl w:val="0"/>
              <w:spacing w:after="0"/>
              <w:jc w:val="center"/>
              <w:rPr>
                <w:rFonts w:cs="Times New Roman"/>
              </w:rPr>
            </w:pPr>
            <w:r w:rsidRPr="004633B2">
              <w:rPr>
                <w:rFonts w:cs="Times New Roman"/>
                <w:b/>
                <w:sz w:val="18"/>
              </w:rPr>
              <w:t>Spazio riservato al candidato</w:t>
            </w:r>
          </w:p>
        </w:tc>
      </w:tr>
      <w:tr w:rsidR="0039460F" w:rsidRPr="004633B2" w14:paraId="52C4EBBB" w14:textId="77777777">
        <w:trPr>
          <w:cantSplit/>
          <w:trHeight w:val="1304"/>
          <w:jc w:val="center"/>
        </w:trPr>
        <w:tc>
          <w:tcPr>
            <w:tcW w:w="935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A1E2D83" w14:textId="77777777" w:rsidR="0039460F" w:rsidRPr="004633B2" w:rsidRDefault="0039460F" w:rsidP="008266A6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</w:tr>
    </w:tbl>
    <w:p w14:paraId="67944969" w14:textId="77777777" w:rsidR="0039460F" w:rsidRPr="004633B2" w:rsidRDefault="0039460F" w:rsidP="008266A6">
      <w:pPr>
        <w:widowControl w:val="0"/>
        <w:spacing w:after="0"/>
        <w:rPr>
          <w:rFonts w:cs="Times New Roman"/>
        </w:rPr>
      </w:pPr>
    </w:p>
    <w:p w14:paraId="3ED1313D" w14:textId="77777777" w:rsidR="0039460F" w:rsidRPr="004633B2" w:rsidRDefault="001B017C" w:rsidP="008266A6">
      <w:pPr>
        <w:pStyle w:val="Titolo1"/>
        <w:keepLines w:val="0"/>
        <w:pageBreakBefore/>
        <w:widowControl w:val="0"/>
        <w:rPr>
          <w:rFonts w:ascii="Times New Roman" w:hAnsi="Times New Roman" w:cs="Times New Roman"/>
          <w:color w:val="auto"/>
        </w:rPr>
      </w:pPr>
      <w:r w:rsidRPr="004633B2">
        <w:rPr>
          <w:rFonts w:ascii="Times New Roman" w:hAnsi="Times New Roman" w:cs="Times New Roman"/>
          <w:color w:val="auto"/>
        </w:rPr>
        <w:lastRenderedPageBreak/>
        <w:t>8. Inclusione, accessibilità e sostenibilità</w:t>
      </w:r>
    </w:p>
    <w:p w14:paraId="7A5AC0CE" w14:textId="77777777" w:rsidR="0039460F" w:rsidRPr="004633B2" w:rsidRDefault="001B017C" w:rsidP="008266A6">
      <w:pPr>
        <w:widowControl w:val="0"/>
        <w:rPr>
          <w:rFonts w:cs="Times New Roman"/>
          <w:lang w:val="it-IT"/>
        </w:rPr>
      </w:pPr>
      <w:r w:rsidRPr="004633B2">
        <w:rPr>
          <w:rFonts w:cs="Times New Roman"/>
          <w:i/>
          <w:sz w:val="18"/>
          <w:lang w:val="it-IT"/>
        </w:rPr>
        <w:t>Indicare gli accorgimenti per l’accessibilità dei materiali e delle attività e, ove pertinente, la sostenibilità delle scelte progettuali e operative.</w:t>
      </w: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9354"/>
      </w:tblGrid>
      <w:tr w:rsidR="00C503CD" w:rsidRPr="004633B2" w14:paraId="4E94AEE5" w14:textId="77777777">
        <w:trPr>
          <w:cantSplit/>
          <w:tblHeader/>
          <w:jc w:val="center"/>
        </w:trPr>
        <w:tc>
          <w:tcPr>
            <w:tcW w:w="9354" w:type="dxa"/>
            <w:shd w:val="clear" w:color="auto" w:fill="DCECF5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6A3A244" w14:textId="77777777" w:rsidR="0039460F" w:rsidRPr="004633B2" w:rsidRDefault="001B017C" w:rsidP="008266A6">
            <w:pPr>
              <w:widowControl w:val="0"/>
              <w:spacing w:after="0"/>
              <w:jc w:val="center"/>
              <w:rPr>
                <w:rFonts w:cs="Times New Roman"/>
              </w:rPr>
            </w:pPr>
            <w:r w:rsidRPr="004633B2">
              <w:rPr>
                <w:rFonts w:cs="Times New Roman"/>
                <w:b/>
                <w:sz w:val="18"/>
              </w:rPr>
              <w:t>Spazio riservato al candidato</w:t>
            </w:r>
          </w:p>
        </w:tc>
      </w:tr>
      <w:tr w:rsidR="0039460F" w:rsidRPr="004633B2" w14:paraId="433B734C" w14:textId="77777777">
        <w:trPr>
          <w:cantSplit/>
          <w:trHeight w:val="1304"/>
          <w:jc w:val="center"/>
        </w:trPr>
        <w:tc>
          <w:tcPr>
            <w:tcW w:w="935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90656C4" w14:textId="77777777" w:rsidR="0039460F" w:rsidRPr="004633B2" w:rsidRDefault="0039460F" w:rsidP="008266A6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</w:tr>
    </w:tbl>
    <w:p w14:paraId="5AC2F922" w14:textId="77777777" w:rsidR="0039460F" w:rsidRPr="004633B2" w:rsidRDefault="0039460F" w:rsidP="008266A6">
      <w:pPr>
        <w:widowControl w:val="0"/>
        <w:spacing w:after="0"/>
        <w:rPr>
          <w:rFonts w:cs="Times New Roman"/>
        </w:rPr>
      </w:pPr>
    </w:p>
    <w:p w14:paraId="04DC74FB" w14:textId="77777777" w:rsidR="0039460F" w:rsidRPr="004633B2" w:rsidRDefault="001B017C" w:rsidP="008266A6">
      <w:pPr>
        <w:pStyle w:val="Titolo1"/>
        <w:keepNext w:val="0"/>
        <w:keepLines w:val="0"/>
        <w:widowControl w:val="0"/>
        <w:rPr>
          <w:rFonts w:ascii="Times New Roman" w:hAnsi="Times New Roman" w:cs="Times New Roman"/>
          <w:color w:val="auto"/>
        </w:rPr>
      </w:pPr>
      <w:r w:rsidRPr="004633B2">
        <w:rPr>
          <w:rFonts w:ascii="Times New Roman" w:hAnsi="Times New Roman" w:cs="Times New Roman"/>
          <w:color w:val="auto"/>
        </w:rPr>
        <w:t>9. Bibliografia, sitografia e riferimenti</w:t>
      </w:r>
    </w:p>
    <w:p w14:paraId="18807CAE" w14:textId="77777777" w:rsidR="0039460F" w:rsidRPr="004633B2" w:rsidRDefault="001B017C" w:rsidP="008266A6">
      <w:pPr>
        <w:widowControl w:val="0"/>
        <w:rPr>
          <w:rFonts w:cs="Times New Roman"/>
          <w:lang w:val="it-IT"/>
        </w:rPr>
      </w:pPr>
      <w:r w:rsidRPr="004633B2">
        <w:rPr>
          <w:rFonts w:cs="Times New Roman"/>
          <w:i/>
          <w:sz w:val="18"/>
          <w:lang w:val="it-IT"/>
        </w:rPr>
        <w:t>Indicare i riferimenti essenziali e quelli di approfondimento, distinguendo i materiali obbligatori da quelli consigliati.</w:t>
      </w: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9354"/>
      </w:tblGrid>
      <w:tr w:rsidR="00C503CD" w:rsidRPr="004633B2" w14:paraId="57562CDD" w14:textId="77777777">
        <w:trPr>
          <w:cantSplit/>
          <w:tblHeader/>
          <w:jc w:val="center"/>
        </w:trPr>
        <w:tc>
          <w:tcPr>
            <w:tcW w:w="9354" w:type="dxa"/>
            <w:shd w:val="clear" w:color="auto" w:fill="DCECF5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43BDB3B" w14:textId="77777777" w:rsidR="0039460F" w:rsidRPr="004633B2" w:rsidRDefault="001B017C" w:rsidP="008266A6">
            <w:pPr>
              <w:widowControl w:val="0"/>
              <w:spacing w:after="0"/>
              <w:jc w:val="center"/>
              <w:rPr>
                <w:rFonts w:cs="Times New Roman"/>
              </w:rPr>
            </w:pPr>
            <w:r w:rsidRPr="004633B2">
              <w:rPr>
                <w:rFonts w:cs="Times New Roman"/>
                <w:b/>
                <w:sz w:val="18"/>
              </w:rPr>
              <w:t>Spazio riservato al candidato</w:t>
            </w:r>
          </w:p>
        </w:tc>
      </w:tr>
      <w:tr w:rsidR="0039460F" w:rsidRPr="004633B2" w14:paraId="56FD9027" w14:textId="77777777">
        <w:trPr>
          <w:cantSplit/>
          <w:trHeight w:val="1531"/>
          <w:jc w:val="center"/>
        </w:trPr>
        <w:tc>
          <w:tcPr>
            <w:tcW w:w="935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0041099" w14:textId="77777777" w:rsidR="0039460F" w:rsidRPr="004633B2" w:rsidRDefault="0039460F" w:rsidP="008266A6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</w:tr>
    </w:tbl>
    <w:p w14:paraId="58900873" w14:textId="77777777" w:rsidR="0039460F" w:rsidRPr="004633B2" w:rsidRDefault="0039460F" w:rsidP="008266A6">
      <w:pPr>
        <w:widowControl w:val="0"/>
        <w:spacing w:after="0"/>
        <w:rPr>
          <w:rFonts w:cs="Times New Roman"/>
        </w:rPr>
      </w:pPr>
    </w:p>
    <w:p w14:paraId="28A10D47" w14:textId="77777777" w:rsidR="0039460F" w:rsidRPr="004633B2" w:rsidRDefault="001B017C" w:rsidP="008266A6">
      <w:pPr>
        <w:widowControl w:val="0"/>
        <w:rPr>
          <w:rFonts w:cs="Times New Roman"/>
        </w:rPr>
      </w:pPr>
      <w:r w:rsidRPr="004633B2">
        <w:rPr>
          <w:rFonts w:cs="Times New Roman"/>
        </w:rPr>
        <w:br w:type="page"/>
      </w:r>
    </w:p>
    <w:p w14:paraId="45872D0B" w14:textId="77777777" w:rsidR="0039460F" w:rsidRPr="004633B2" w:rsidRDefault="001B017C" w:rsidP="008266A6">
      <w:pPr>
        <w:pStyle w:val="Titolo1"/>
        <w:keepNext w:val="0"/>
        <w:keepLines w:val="0"/>
        <w:widowControl w:val="0"/>
        <w:rPr>
          <w:rFonts w:ascii="Times New Roman" w:hAnsi="Times New Roman" w:cs="Times New Roman"/>
          <w:color w:val="auto"/>
        </w:rPr>
      </w:pPr>
      <w:r w:rsidRPr="004633B2">
        <w:rPr>
          <w:rFonts w:ascii="Times New Roman" w:hAnsi="Times New Roman" w:cs="Times New Roman"/>
          <w:color w:val="auto"/>
        </w:rPr>
        <w:lastRenderedPageBreak/>
        <w:t>10. Attrezzature, software e risorse</w:t>
      </w:r>
    </w:p>
    <w:p w14:paraId="6DD7C713" w14:textId="77777777" w:rsidR="0039460F" w:rsidRPr="004633B2" w:rsidRDefault="001B017C" w:rsidP="008266A6">
      <w:pPr>
        <w:widowControl w:val="0"/>
        <w:rPr>
          <w:rFonts w:cs="Times New Roman"/>
          <w:lang w:val="it-IT"/>
        </w:rPr>
      </w:pPr>
      <w:r w:rsidRPr="004633B2">
        <w:rPr>
          <w:rFonts w:cs="Times New Roman"/>
          <w:i/>
          <w:sz w:val="18"/>
          <w:lang w:val="it-IT"/>
        </w:rPr>
        <w:t>Indicare hardware, applicativi, licenze, spazi e materiali necessari. Specificare la compatibilità con Windows e macOS o le eventuali soluzioni equivalenti, nonché i costi o i requisiti aggiuntivi.</w:t>
      </w: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9354"/>
      </w:tblGrid>
      <w:tr w:rsidR="00C503CD" w:rsidRPr="004633B2" w14:paraId="4DDDC2E2" w14:textId="77777777">
        <w:trPr>
          <w:cantSplit/>
          <w:tblHeader/>
          <w:jc w:val="center"/>
        </w:trPr>
        <w:tc>
          <w:tcPr>
            <w:tcW w:w="9354" w:type="dxa"/>
            <w:shd w:val="clear" w:color="auto" w:fill="DCECF5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9FD1A11" w14:textId="77777777" w:rsidR="0039460F" w:rsidRPr="004633B2" w:rsidRDefault="001B017C" w:rsidP="008266A6">
            <w:pPr>
              <w:widowControl w:val="0"/>
              <w:spacing w:after="0"/>
              <w:jc w:val="center"/>
              <w:rPr>
                <w:rFonts w:cs="Times New Roman"/>
              </w:rPr>
            </w:pPr>
            <w:r w:rsidRPr="004633B2">
              <w:rPr>
                <w:rFonts w:cs="Times New Roman"/>
                <w:b/>
                <w:sz w:val="18"/>
              </w:rPr>
              <w:t>Spazio riservato al candidato</w:t>
            </w:r>
          </w:p>
        </w:tc>
      </w:tr>
      <w:tr w:rsidR="0039460F" w:rsidRPr="004633B2" w14:paraId="06E976DA" w14:textId="77777777">
        <w:trPr>
          <w:cantSplit/>
          <w:trHeight w:val="1304"/>
          <w:jc w:val="center"/>
        </w:trPr>
        <w:tc>
          <w:tcPr>
            <w:tcW w:w="935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F8A4798" w14:textId="77777777" w:rsidR="0039460F" w:rsidRPr="004633B2" w:rsidRDefault="0039460F" w:rsidP="008266A6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</w:tr>
    </w:tbl>
    <w:p w14:paraId="45813A80" w14:textId="77777777" w:rsidR="0039460F" w:rsidRPr="004633B2" w:rsidRDefault="0039460F" w:rsidP="008266A6">
      <w:pPr>
        <w:widowControl w:val="0"/>
        <w:spacing w:after="0"/>
        <w:rPr>
          <w:rFonts w:cs="Times New Roman"/>
        </w:rPr>
      </w:pPr>
    </w:p>
    <w:p w14:paraId="09AE07E9" w14:textId="77777777" w:rsidR="0039460F" w:rsidRPr="004633B2" w:rsidRDefault="001B017C" w:rsidP="008266A6">
      <w:pPr>
        <w:pStyle w:val="Titolo1"/>
        <w:keepNext w:val="0"/>
        <w:keepLines w:val="0"/>
        <w:widowControl w:val="0"/>
        <w:rPr>
          <w:rFonts w:ascii="Times New Roman" w:hAnsi="Times New Roman" w:cs="Times New Roman"/>
          <w:color w:val="auto"/>
        </w:rPr>
      </w:pPr>
      <w:r w:rsidRPr="004633B2">
        <w:rPr>
          <w:rFonts w:ascii="Times New Roman" w:hAnsi="Times New Roman" w:cs="Times New Roman"/>
          <w:color w:val="auto"/>
        </w:rPr>
        <w:t>11. Quadro analitico delle unità didattiche</w:t>
      </w: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397"/>
        <w:gridCol w:w="2381"/>
        <w:gridCol w:w="567"/>
        <w:gridCol w:w="1757"/>
        <w:gridCol w:w="2268"/>
        <w:gridCol w:w="1984"/>
      </w:tblGrid>
      <w:tr w:rsidR="00C503CD" w:rsidRPr="004633B2" w14:paraId="5F69DBD4" w14:textId="77777777">
        <w:trPr>
          <w:cantSplit/>
          <w:tblHeader/>
          <w:jc w:val="center"/>
        </w:trPr>
        <w:tc>
          <w:tcPr>
            <w:tcW w:w="397" w:type="dxa"/>
            <w:shd w:val="clear" w:color="auto" w:fill="DCECF5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4722D17" w14:textId="77777777" w:rsidR="0039460F" w:rsidRPr="004633B2" w:rsidRDefault="001B017C" w:rsidP="008266A6">
            <w:pPr>
              <w:widowControl w:val="0"/>
              <w:spacing w:after="0"/>
              <w:jc w:val="center"/>
              <w:rPr>
                <w:rFonts w:cs="Times New Roman"/>
              </w:rPr>
            </w:pPr>
            <w:r w:rsidRPr="004633B2">
              <w:rPr>
                <w:rFonts w:cs="Times New Roman"/>
                <w:b/>
                <w:sz w:val="15"/>
              </w:rPr>
              <w:t>N.</w:t>
            </w:r>
          </w:p>
        </w:tc>
        <w:tc>
          <w:tcPr>
            <w:tcW w:w="2381" w:type="dxa"/>
            <w:shd w:val="clear" w:color="auto" w:fill="DCECF5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B38B514" w14:textId="77777777" w:rsidR="0039460F" w:rsidRPr="004633B2" w:rsidRDefault="001B017C" w:rsidP="008266A6">
            <w:pPr>
              <w:widowControl w:val="0"/>
              <w:spacing w:after="0"/>
              <w:jc w:val="center"/>
              <w:rPr>
                <w:rFonts w:cs="Times New Roman"/>
              </w:rPr>
            </w:pPr>
            <w:r w:rsidRPr="004633B2">
              <w:rPr>
                <w:rFonts w:cs="Times New Roman"/>
                <w:b/>
                <w:sz w:val="15"/>
              </w:rPr>
              <w:t>Unità / argomento</w:t>
            </w:r>
          </w:p>
        </w:tc>
        <w:tc>
          <w:tcPr>
            <w:tcW w:w="567" w:type="dxa"/>
            <w:shd w:val="clear" w:color="auto" w:fill="DCECF5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987A57F" w14:textId="77777777" w:rsidR="0039460F" w:rsidRPr="004633B2" w:rsidRDefault="001B017C" w:rsidP="008266A6">
            <w:pPr>
              <w:widowControl w:val="0"/>
              <w:spacing w:after="0"/>
              <w:jc w:val="center"/>
              <w:rPr>
                <w:rFonts w:cs="Times New Roman"/>
              </w:rPr>
            </w:pPr>
            <w:r w:rsidRPr="004633B2">
              <w:rPr>
                <w:rFonts w:cs="Times New Roman"/>
                <w:b/>
                <w:sz w:val="15"/>
              </w:rPr>
              <w:t>Ore</w:t>
            </w:r>
          </w:p>
        </w:tc>
        <w:tc>
          <w:tcPr>
            <w:tcW w:w="1757" w:type="dxa"/>
            <w:shd w:val="clear" w:color="auto" w:fill="DCECF5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3E4BBD2" w14:textId="77777777" w:rsidR="0039460F" w:rsidRPr="004633B2" w:rsidRDefault="001B017C" w:rsidP="008266A6">
            <w:pPr>
              <w:widowControl w:val="0"/>
              <w:spacing w:after="0"/>
              <w:jc w:val="center"/>
              <w:rPr>
                <w:rFonts w:cs="Times New Roman"/>
              </w:rPr>
            </w:pPr>
            <w:r w:rsidRPr="004633B2">
              <w:rPr>
                <w:rFonts w:cs="Times New Roman"/>
                <w:b/>
                <w:sz w:val="15"/>
              </w:rPr>
              <w:t>Metodologia</w:t>
            </w:r>
          </w:p>
        </w:tc>
        <w:tc>
          <w:tcPr>
            <w:tcW w:w="2268" w:type="dxa"/>
            <w:shd w:val="clear" w:color="auto" w:fill="DCECF5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9065A75" w14:textId="77777777" w:rsidR="0039460F" w:rsidRPr="004633B2" w:rsidRDefault="001B017C" w:rsidP="008266A6">
            <w:pPr>
              <w:widowControl w:val="0"/>
              <w:spacing w:after="0"/>
              <w:jc w:val="center"/>
              <w:rPr>
                <w:rFonts w:cs="Times New Roman"/>
              </w:rPr>
            </w:pPr>
            <w:r w:rsidRPr="004633B2">
              <w:rPr>
                <w:rFonts w:cs="Times New Roman"/>
                <w:b/>
                <w:sz w:val="15"/>
              </w:rPr>
              <w:t>Attività o prodotto atteso</w:t>
            </w:r>
          </w:p>
        </w:tc>
        <w:tc>
          <w:tcPr>
            <w:tcW w:w="1984" w:type="dxa"/>
            <w:shd w:val="clear" w:color="auto" w:fill="DCECF5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3C8F4F2" w14:textId="77777777" w:rsidR="0039460F" w:rsidRPr="004633B2" w:rsidRDefault="001B017C" w:rsidP="008266A6">
            <w:pPr>
              <w:widowControl w:val="0"/>
              <w:spacing w:after="0"/>
              <w:jc w:val="center"/>
              <w:rPr>
                <w:rFonts w:cs="Times New Roman"/>
              </w:rPr>
            </w:pPr>
            <w:r w:rsidRPr="004633B2">
              <w:rPr>
                <w:rFonts w:cs="Times New Roman"/>
                <w:b/>
                <w:sz w:val="15"/>
              </w:rPr>
              <w:t>Modalità di verifica</w:t>
            </w:r>
          </w:p>
        </w:tc>
      </w:tr>
      <w:tr w:rsidR="00C503CD" w:rsidRPr="004633B2" w14:paraId="29D789D9" w14:textId="77777777">
        <w:trPr>
          <w:cantSplit/>
          <w:jc w:val="center"/>
        </w:trPr>
        <w:tc>
          <w:tcPr>
            <w:tcW w:w="39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B232DC7" w14:textId="77777777" w:rsidR="0039460F" w:rsidRPr="004633B2" w:rsidRDefault="0039460F" w:rsidP="008266A6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38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FA01C5D" w14:textId="77777777" w:rsidR="0039460F" w:rsidRPr="004633B2" w:rsidRDefault="0039460F" w:rsidP="008266A6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56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C6CD303" w14:textId="77777777" w:rsidR="0039460F" w:rsidRPr="004633B2" w:rsidRDefault="0039460F" w:rsidP="008266A6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75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5E7C88C" w14:textId="77777777" w:rsidR="0039460F" w:rsidRPr="004633B2" w:rsidRDefault="0039460F" w:rsidP="008266A6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268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8056E03" w14:textId="77777777" w:rsidR="0039460F" w:rsidRPr="004633B2" w:rsidRDefault="0039460F" w:rsidP="008266A6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98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35A4A0C" w14:textId="77777777" w:rsidR="0039460F" w:rsidRPr="004633B2" w:rsidRDefault="0039460F" w:rsidP="008266A6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</w:tr>
      <w:tr w:rsidR="00C503CD" w:rsidRPr="004633B2" w14:paraId="71C83CA8" w14:textId="77777777">
        <w:trPr>
          <w:cantSplit/>
          <w:jc w:val="center"/>
        </w:trPr>
        <w:tc>
          <w:tcPr>
            <w:tcW w:w="39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CD01B5B" w14:textId="77777777" w:rsidR="0039460F" w:rsidRPr="004633B2" w:rsidRDefault="0039460F" w:rsidP="008266A6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38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6B63D82" w14:textId="77777777" w:rsidR="0039460F" w:rsidRPr="004633B2" w:rsidRDefault="0039460F" w:rsidP="008266A6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56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862A10E" w14:textId="77777777" w:rsidR="0039460F" w:rsidRPr="004633B2" w:rsidRDefault="0039460F" w:rsidP="008266A6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75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AC98773" w14:textId="77777777" w:rsidR="0039460F" w:rsidRPr="004633B2" w:rsidRDefault="0039460F" w:rsidP="008266A6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268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05E403D" w14:textId="77777777" w:rsidR="0039460F" w:rsidRPr="004633B2" w:rsidRDefault="0039460F" w:rsidP="008266A6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98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AD32892" w14:textId="77777777" w:rsidR="0039460F" w:rsidRPr="004633B2" w:rsidRDefault="0039460F" w:rsidP="008266A6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</w:tr>
      <w:tr w:rsidR="00C503CD" w:rsidRPr="004633B2" w14:paraId="67D24B26" w14:textId="77777777">
        <w:trPr>
          <w:cantSplit/>
          <w:jc w:val="center"/>
        </w:trPr>
        <w:tc>
          <w:tcPr>
            <w:tcW w:w="39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9CBEE25" w14:textId="77777777" w:rsidR="0039460F" w:rsidRPr="004633B2" w:rsidRDefault="0039460F" w:rsidP="008266A6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38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F7BD7B0" w14:textId="77777777" w:rsidR="0039460F" w:rsidRPr="004633B2" w:rsidRDefault="0039460F" w:rsidP="008266A6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56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D0E310A" w14:textId="77777777" w:rsidR="0039460F" w:rsidRPr="004633B2" w:rsidRDefault="0039460F" w:rsidP="008266A6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75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47C05A7" w14:textId="77777777" w:rsidR="0039460F" w:rsidRPr="004633B2" w:rsidRDefault="0039460F" w:rsidP="008266A6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268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4F1BA46" w14:textId="77777777" w:rsidR="0039460F" w:rsidRPr="004633B2" w:rsidRDefault="0039460F" w:rsidP="008266A6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98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883EAC5" w14:textId="77777777" w:rsidR="0039460F" w:rsidRPr="004633B2" w:rsidRDefault="0039460F" w:rsidP="008266A6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</w:tr>
      <w:tr w:rsidR="00C503CD" w:rsidRPr="004633B2" w14:paraId="1463B4B9" w14:textId="77777777">
        <w:trPr>
          <w:cantSplit/>
          <w:jc w:val="center"/>
        </w:trPr>
        <w:tc>
          <w:tcPr>
            <w:tcW w:w="39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999EADE" w14:textId="77777777" w:rsidR="0039460F" w:rsidRPr="004633B2" w:rsidRDefault="0039460F" w:rsidP="008266A6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38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0D3F600" w14:textId="77777777" w:rsidR="0039460F" w:rsidRPr="004633B2" w:rsidRDefault="0039460F" w:rsidP="008266A6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56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E91566A" w14:textId="77777777" w:rsidR="0039460F" w:rsidRPr="004633B2" w:rsidRDefault="0039460F" w:rsidP="008266A6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75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8ACD016" w14:textId="77777777" w:rsidR="0039460F" w:rsidRPr="004633B2" w:rsidRDefault="0039460F" w:rsidP="008266A6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268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8B7C2F2" w14:textId="77777777" w:rsidR="0039460F" w:rsidRPr="004633B2" w:rsidRDefault="0039460F" w:rsidP="008266A6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98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CBE8791" w14:textId="77777777" w:rsidR="0039460F" w:rsidRPr="004633B2" w:rsidRDefault="0039460F" w:rsidP="008266A6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</w:tr>
      <w:tr w:rsidR="00C503CD" w:rsidRPr="004633B2" w14:paraId="24AA2879" w14:textId="77777777">
        <w:trPr>
          <w:cantSplit/>
          <w:jc w:val="center"/>
        </w:trPr>
        <w:tc>
          <w:tcPr>
            <w:tcW w:w="39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018D806" w14:textId="77777777" w:rsidR="0039460F" w:rsidRPr="004633B2" w:rsidRDefault="0039460F" w:rsidP="008266A6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38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4244E92" w14:textId="77777777" w:rsidR="0039460F" w:rsidRPr="004633B2" w:rsidRDefault="0039460F" w:rsidP="008266A6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56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FE7228F" w14:textId="77777777" w:rsidR="0039460F" w:rsidRPr="004633B2" w:rsidRDefault="0039460F" w:rsidP="008266A6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75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125BAE4" w14:textId="77777777" w:rsidR="0039460F" w:rsidRPr="004633B2" w:rsidRDefault="0039460F" w:rsidP="008266A6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268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F7F88BB" w14:textId="77777777" w:rsidR="0039460F" w:rsidRPr="004633B2" w:rsidRDefault="0039460F" w:rsidP="008266A6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98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AAD47D9" w14:textId="77777777" w:rsidR="0039460F" w:rsidRPr="004633B2" w:rsidRDefault="0039460F" w:rsidP="008266A6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</w:tr>
      <w:tr w:rsidR="00C503CD" w:rsidRPr="004633B2" w14:paraId="0FC6DDC0" w14:textId="77777777">
        <w:trPr>
          <w:cantSplit/>
          <w:jc w:val="center"/>
        </w:trPr>
        <w:tc>
          <w:tcPr>
            <w:tcW w:w="39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EDF7F3A" w14:textId="77777777" w:rsidR="0039460F" w:rsidRPr="004633B2" w:rsidRDefault="0039460F" w:rsidP="008266A6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38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F20A2AB" w14:textId="77777777" w:rsidR="0039460F" w:rsidRPr="004633B2" w:rsidRDefault="0039460F" w:rsidP="008266A6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56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20D68B7" w14:textId="77777777" w:rsidR="0039460F" w:rsidRPr="004633B2" w:rsidRDefault="0039460F" w:rsidP="008266A6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75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7771237" w14:textId="77777777" w:rsidR="0039460F" w:rsidRPr="004633B2" w:rsidRDefault="0039460F" w:rsidP="008266A6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268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E02AABD" w14:textId="77777777" w:rsidR="0039460F" w:rsidRPr="004633B2" w:rsidRDefault="0039460F" w:rsidP="008266A6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98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75CD793" w14:textId="77777777" w:rsidR="0039460F" w:rsidRPr="004633B2" w:rsidRDefault="0039460F" w:rsidP="008266A6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</w:tr>
      <w:tr w:rsidR="00C503CD" w:rsidRPr="004633B2" w14:paraId="4430F4A9" w14:textId="77777777">
        <w:trPr>
          <w:cantSplit/>
          <w:jc w:val="center"/>
        </w:trPr>
        <w:tc>
          <w:tcPr>
            <w:tcW w:w="39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B35BCD4" w14:textId="77777777" w:rsidR="0039460F" w:rsidRPr="004633B2" w:rsidRDefault="0039460F" w:rsidP="008266A6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38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79A060E" w14:textId="77777777" w:rsidR="0039460F" w:rsidRPr="004633B2" w:rsidRDefault="0039460F" w:rsidP="008266A6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56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AE71649" w14:textId="77777777" w:rsidR="0039460F" w:rsidRPr="004633B2" w:rsidRDefault="0039460F" w:rsidP="008266A6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75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E4EC821" w14:textId="77777777" w:rsidR="0039460F" w:rsidRPr="004633B2" w:rsidRDefault="0039460F" w:rsidP="008266A6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268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F60A37C" w14:textId="77777777" w:rsidR="0039460F" w:rsidRPr="004633B2" w:rsidRDefault="0039460F" w:rsidP="008266A6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98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96C8B83" w14:textId="77777777" w:rsidR="0039460F" w:rsidRPr="004633B2" w:rsidRDefault="0039460F" w:rsidP="008266A6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</w:tr>
      <w:tr w:rsidR="00C503CD" w:rsidRPr="004633B2" w14:paraId="523D7390" w14:textId="77777777">
        <w:trPr>
          <w:cantSplit/>
          <w:jc w:val="center"/>
        </w:trPr>
        <w:tc>
          <w:tcPr>
            <w:tcW w:w="39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526C998" w14:textId="77777777" w:rsidR="0039460F" w:rsidRPr="004633B2" w:rsidRDefault="0039460F" w:rsidP="008266A6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38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C1089A9" w14:textId="77777777" w:rsidR="0039460F" w:rsidRPr="004633B2" w:rsidRDefault="0039460F" w:rsidP="008266A6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56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17DF024" w14:textId="77777777" w:rsidR="0039460F" w:rsidRPr="004633B2" w:rsidRDefault="0039460F" w:rsidP="008266A6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75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7723D17" w14:textId="77777777" w:rsidR="0039460F" w:rsidRPr="004633B2" w:rsidRDefault="0039460F" w:rsidP="008266A6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268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49E750B" w14:textId="77777777" w:rsidR="0039460F" w:rsidRPr="004633B2" w:rsidRDefault="0039460F" w:rsidP="008266A6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98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DFD1C8F" w14:textId="77777777" w:rsidR="0039460F" w:rsidRPr="004633B2" w:rsidRDefault="0039460F" w:rsidP="008266A6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</w:tr>
      <w:tr w:rsidR="00C503CD" w:rsidRPr="004633B2" w14:paraId="6D86FC34" w14:textId="77777777">
        <w:trPr>
          <w:cantSplit/>
          <w:jc w:val="center"/>
        </w:trPr>
        <w:tc>
          <w:tcPr>
            <w:tcW w:w="39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A873E72" w14:textId="77777777" w:rsidR="0039460F" w:rsidRPr="004633B2" w:rsidRDefault="0039460F" w:rsidP="008266A6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38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1735ACD" w14:textId="77777777" w:rsidR="0039460F" w:rsidRPr="004633B2" w:rsidRDefault="0039460F" w:rsidP="008266A6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56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16F5DF0" w14:textId="77777777" w:rsidR="0039460F" w:rsidRPr="004633B2" w:rsidRDefault="0039460F" w:rsidP="008266A6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75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8739681" w14:textId="77777777" w:rsidR="0039460F" w:rsidRPr="004633B2" w:rsidRDefault="0039460F" w:rsidP="008266A6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268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561B64B" w14:textId="77777777" w:rsidR="0039460F" w:rsidRPr="004633B2" w:rsidRDefault="0039460F" w:rsidP="008266A6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98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09B3682" w14:textId="77777777" w:rsidR="0039460F" w:rsidRPr="004633B2" w:rsidRDefault="0039460F" w:rsidP="008266A6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</w:tr>
      <w:tr w:rsidR="00C503CD" w:rsidRPr="004633B2" w14:paraId="089DB3CB" w14:textId="77777777">
        <w:trPr>
          <w:cantSplit/>
          <w:jc w:val="center"/>
        </w:trPr>
        <w:tc>
          <w:tcPr>
            <w:tcW w:w="39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E865511" w14:textId="77777777" w:rsidR="0039460F" w:rsidRPr="004633B2" w:rsidRDefault="0039460F" w:rsidP="008266A6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38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27A68E2" w14:textId="77777777" w:rsidR="0039460F" w:rsidRPr="004633B2" w:rsidRDefault="0039460F" w:rsidP="008266A6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56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D167BBF" w14:textId="77777777" w:rsidR="0039460F" w:rsidRPr="004633B2" w:rsidRDefault="0039460F" w:rsidP="008266A6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75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2961978" w14:textId="77777777" w:rsidR="0039460F" w:rsidRPr="004633B2" w:rsidRDefault="0039460F" w:rsidP="008266A6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268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35BC438" w14:textId="77777777" w:rsidR="0039460F" w:rsidRPr="004633B2" w:rsidRDefault="0039460F" w:rsidP="008266A6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98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28377F5" w14:textId="77777777" w:rsidR="0039460F" w:rsidRPr="004633B2" w:rsidRDefault="0039460F" w:rsidP="008266A6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</w:tr>
      <w:tr w:rsidR="00C503CD" w:rsidRPr="004633B2" w14:paraId="796813B2" w14:textId="77777777">
        <w:trPr>
          <w:cantSplit/>
          <w:jc w:val="center"/>
        </w:trPr>
        <w:tc>
          <w:tcPr>
            <w:tcW w:w="39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50738A9" w14:textId="77777777" w:rsidR="0039460F" w:rsidRPr="004633B2" w:rsidRDefault="0039460F" w:rsidP="008266A6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38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115618F" w14:textId="77777777" w:rsidR="0039460F" w:rsidRPr="004633B2" w:rsidRDefault="0039460F" w:rsidP="008266A6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56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C4C820E" w14:textId="77777777" w:rsidR="0039460F" w:rsidRPr="004633B2" w:rsidRDefault="0039460F" w:rsidP="008266A6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75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E261FC7" w14:textId="77777777" w:rsidR="0039460F" w:rsidRPr="004633B2" w:rsidRDefault="0039460F" w:rsidP="008266A6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268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79DD86F" w14:textId="77777777" w:rsidR="0039460F" w:rsidRPr="004633B2" w:rsidRDefault="0039460F" w:rsidP="008266A6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98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D84C435" w14:textId="77777777" w:rsidR="0039460F" w:rsidRPr="004633B2" w:rsidRDefault="0039460F" w:rsidP="008266A6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</w:tr>
      <w:tr w:rsidR="0039460F" w:rsidRPr="004633B2" w14:paraId="356D8723" w14:textId="77777777">
        <w:trPr>
          <w:cantSplit/>
          <w:jc w:val="center"/>
        </w:trPr>
        <w:tc>
          <w:tcPr>
            <w:tcW w:w="39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8C889D4" w14:textId="77777777" w:rsidR="0039460F" w:rsidRPr="004633B2" w:rsidRDefault="0039460F" w:rsidP="008266A6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38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05C4EBA" w14:textId="77777777" w:rsidR="0039460F" w:rsidRPr="004633B2" w:rsidRDefault="0039460F" w:rsidP="008266A6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56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044FEB3" w14:textId="77777777" w:rsidR="0039460F" w:rsidRPr="004633B2" w:rsidRDefault="0039460F" w:rsidP="008266A6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75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1EBFDA8" w14:textId="77777777" w:rsidR="0039460F" w:rsidRPr="004633B2" w:rsidRDefault="0039460F" w:rsidP="008266A6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268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56EEDB2" w14:textId="77777777" w:rsidR="0039460F" w:rsidRPr="004633B2" w:rsidRDefault="0039460F" w:rsidP="008266A6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98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BA1B36F" w14:textId="77777777" w:rsidR="0039460F" w:rsidRPr="004633B2" w:rsidRDefault="0039460F" w:rsidP="008266A6">
            <w:pPr>
              <w:widowControl w:val="0"/>
              <w:spacing w:after="0" w:line="240" w:lineRule="auto"/>
              <w:rPr>
                <w:rFonts w:cs="Times New Roman"/>
              </w:rPr>
            </w:pPr>
          </w:p>
        </w:tc>
      </w:tr>
    </w:tbl>
    <w:p w14:paraId="45E60D13" w14:textId="77777777" w:rsidR="0039460F" w:rsidRPr="004633B2" w:rsidRDefault="0039460F" w:rsidP="008266A6">
      <w:pPr>
        <w:widowControl w:val="0"/>
        <w:spacing w:after="0"/>
        <w:rPr>
          <w:rFonts w:cs="Times New Roman"/>
        </w:rPr>
      </w:pPr>
    </w:p>
    <w:p w14:paraId="2590770F" w14:textId="77777777" w:rsidR="0039460F" w:rsidRPr="004633B2" w:rsidRDefault="001B017C" w:rsidP="008266A6">
      <w:pPr>
        <w:widowControl w:val="0"/>
        <w:rPr>
          <w:rFonts w:cs="Times New Roman"/>
        </w:rPr>
      </w:pPr>
      <w:r w:rsidRPr="004633B2">
        <w:rPr>
          <w:rFonts w:cs="Times New Roman"/>
        </w:rPr>
        <w:t>Totale ore previste: ____________________</w:t>
      </w:r>
    </w:p>
    <w:p w14:paraId="3234362B" w14:textId="77777777" w:rsidR="0039460F" w:rsidRPr="004633B2" w:rsidRDefault="001B017C" w:rsidP="008266A6">
      <w:pPr>
        <w:widowControl w:val="0"/>
        <w:rPr>
          <w:rFonts w:cs="Times New Roman"/>
        </w:rPr>
      </w:pPr>
      <w:r w:rsidRPr="004633B2">
        <w:rPr>
          <w:rFonts w:cs="Times New Roman"/>
        </w:rPr>
        <w:t>Luogo e data: ____________________________________</w:t>
      </w:r>
    </w:p>
    <w:p w14:paraId="180EE08C" w14:textId="77777777" w:rsidR="0039460F" w:rsidRPr="004633B2" w:rsidRDefault="001B017C" w:rsidP="008266A6">
      <w:pPr>
        <w:widowControl w:val="0"/>
        <w:rPr>
          <w:rFonts w:cs="Times New Roman"/>
          <w:lang w:val="it-IT"/>
        </w:rPr>
      </w:pPr>
      <w:r w:rsidRPr="004633B2">
        <w:rPr>
          <w:rFonts w:cs="Times New Roman"/>
          <w:lang w:val="it-IT"/>
        </w:rPr>
        <w:t>Firma autografa per esteso o firma digitale: ______________________________________________</w:t>
      </w:r>
    </w:p>
    <w:sectPr w:rsidR="0039460F" w:rsidRPr="004633B2" w:rsidSect="00034616">
      <w:headerReference w:type="default" r:id="rId8"/>
      <w:footerReference w:type="default" r:id="rId9"/>
      <w:pgSz w:w="12240" w:h="15840"/>
      <w:pgMar w:top="1276" w:right="935" w:bottom="879" w:left="935" w:header="198" w:footer="31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4A8541" w14:textId="77777777" w:rsidR="00FE02DE" w:rsidRDefault="00FE02DE">
      <w:pPr>
        <w:spacing w:after="0" w:line="240" w:lineRule="auto"/>
      </w:pPr>
      <w:r>
        <w:separator/>
      </w:r>
    </w:p>
  </w:endnote>
  <w:endnote w:type="continuationSeparator" w:id="0">
    <w:p w14:paraId="2D37AC71" w14:textId="77777777" w:rsidR="00FE02DE" w:rsidRDefault="00FE02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4041B" w14:textId="77777777" w:rsidR="0039460F" w:rsidRDefault="001B017C">
    <w:pPr>
      <w:pStyle w:val="Pidipagina"/>
      <w:jc w:val="center"/>
    </w:pPr>
    <w:r>
      <w:rPr>
        <w:sz w:val="16"/>
      </w:rPr>
      <w:fldChar w:fldCharType="begin"/>
    </w:r>
    <w:r>
      <w:rPr>
        <w:sz w:val="16"/>
      </w:rPr>
      <w:instrText xml:space="preserve"> PAGE </w:instrText>
    </w:r>
    <w:r>
      <w:rPr>
        <w:sz w:val="16"/>
      </w:rPr>
      <w:fldChar w:fldCharType="separate"/>
    </w:r>
    <w:r w:rsidR="00CD6F94">
      <w:rPr>
        <w:noProof/>
        <w:sz w:val="16"/>
      </w:rPr>
      <w:t>4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914EF" w14:textId="77777777" w:rsidR="00FE02DE" w:rsidRDefault="00FE02DE">
      <w:pPr>
        <w:spacing w:after="0" w:line="240" w:lineRule="auto"/>
      </w:pPr>
      <w:r>
        <w:separator/>
      </w:r>
    </w:p>
  </w:footnote>
  <w:footnote w:type="continuationSeparator" w:id="0">
    <w:p w14:paraId="60A4B2C6" w14:textId="77777777" w:rsidR="00FE02DE" w:rsidRDefault="00FE02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099A0" w14:textId="77777777" w:rsidR="0039460F" w:rsidRDefault="0039460F">
    <w:pPr>
      <w:pStyle w:val="Intestazione"/>
    </w:pPr>
  </w:p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1701"/>
      <w:gridCol w:w="6520"/>
      <w:gridCol w:w="1134"/>
    </w:tblGrid>
    <w:tr w:rsidR="0039460F" w14:paraId="59970FD5" w14:textId="77777777">
      <w:trPr>
        <w:jc w:val="center"/>
      </w:trPr>
      <w:tc>
        <w:tcPr>
          <w:tcW w:w="1701" w:type="dxa"/>
          <w:tcMar>
            <w:top w:w="0" w:type="dxa"/>
            <w:left w:w="20" w:type="dxa"/>
            <w:bottom w:w="0" w:type="dxa"/>
            <w:right w:w="20" w:type="dxa"/>
          </w:tcMar>
          <w:vAlign w:val="center"/>
        </w:tcPr>
        <w:p w14:paraId="1CA26EA9" w14:textId="77777777" w:rsidR="0039460F" w:rsidRDefault="001B017C">
          <w:r>
            <w:rPr>
              <w:noProof/>
              <w:lang w:val="it-IT" w:eastAsia="it-IT"/>
            </w:rPr>
            <w:drawing>
              <wp:inline distT="0" distB="0" distL="0" distR="0" wp14:anchorId="77DBF169" wp14:editId="4BC9399D">
                <wp:extent cx="936000" cy="474783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sia_header_righ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6000" cy="47478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tcMar>
            <w:top w:w="0" w:type="dxa"/>
            <w:left w:w="20" w:type="dxa"/>
            <w:bottom w:w="0" w:type="dxa"/>
            <w:right w:w="20" w:type="dxa"/>
          </w:tcMar>
          <w:vAlign w:val="center"/>
        </w:tcPr>
        <w:p w14:paraId="1E7C1393" w14:textId="77777777" w:rsidR="0039460F" w:rsidRPr="008266A6" w:rsidRDefault="001B017C">
          <w:pPr>
            <w:rPr>
              <w:lang w:val="it-IT"/>
            </w:rPr>
          </w:pPr>
          <w:r w:rsidRPr="008266A6">
            <w:rPr>
              <w:rFonts w:ascii="Arial" w:hAnsi="Arial"/>
              <w:b/>
              <w:sz w:val="14"/>
              <w:lang w:val="it-IT"/>
            </w:rPr>
            <w:t>ISIA di Pescara</w:t>
          </w:r>
          <w:r w:rsidRPr="008266A6">
            <w:rPr>
              <w:rFonts w:ascii="Arial" w:hAnsi="Arial"/>
              <w:b/>
              <w:sz w:val="14"/>
              <w:lang w:val="it-IT"/>
            </w:rPr>
            <w:br/>
            <w:t>Istituto Superiore per le Industrie Artistiche</w:t>
          </w:r>
          <w:r w:rsidRPr="008266A6">
            <w:rPr>
              <w:rFonts w:ascii="Arial" w:hAnsi="Arial"/>
              <w:b/>
              <w:sz w:val="14"/>
              <w:lang w:val="it-IT"/>
            </w:rPr>
            <w:br/>
          </w:r>
          <w:r w:rsidRPr="008266A6">
            <w:rPr>
              <w:rFonts w:ascii="Arial" w:hAnsi="Arial"/>
              <w:sz w:val="13"/>
              <w:lang w:val="it-IT"/>
            </w:rPr>
            <w:t>Via Cesare Battisti n. 198 - 65123 Pescara</w:t>
          </w:r>
          <w:r w:rsidRPr="008266A6">
            <w:rPr>
              <w:rFonts w:ascii="Arial" w:hAnsi="Arial"/>
              <w:sz w:val="13"/>
              <w:lang w:val="it-IT"/>
            </w:rPr>
            <w:br/>
            <w:t>Codice fiscale 91137250683 - Tel. 085.2059763 / 867</w:t>
          </w:r>
          <w:r w:rsidRPr="008266A6">
            <w:rPr>
              <w:rFonts w:ascii="Arial" w:hAnsi="Arial"/>
              <w:sz w:val="13"/>
              <w:lang w:val="it-IT"/>
            </w:rPr>
            <w:br/>
            <w:t>PEO: isiape@isiadesign.pe.it - PEC: pec@pec.isiadesign.pe.it - www.isiadesign.pe.it</w:t>
          </w:r>
        </w:p>
      </w:tc>
      <w:tc>
        <w:tcPr>
          <w:tcW w:w="1134" w:type="dxa"/>
          <w:tcMar>
            <w:top w:w="0" w:type="dxa"/>
            <w:left w:w="20" w:type="dxa"/>
            <w:bottom w:w="0" w:type="dxa"/>
            <w:right w:w="20" w:type="dxa"/>
          </w:tcMar>
          <w:vAlign w:val="center"/>
        </w:tcPr>
        <w:p w14:paraId="1907C180" w14:textId="77777777" w:rsidR="0039460F" w:rsidRDefault="001B017C">
          <w:pPr>
            <w:jc w:val="right"/>
          </w:pPr>
          <w:r>
            <w:rPr>
              <w:noProof/>
              <w:lang w:val="it-IT" w:eastAsia="it-IT"/>
            </w:rPr>
            <w:drawing>
              <wp:inline distT="0" distB="0" distL="0" distR="0" wp14:anchorId="01B4083E" wp14:editId="72ACDB95">
                <wp:extent cx="486000" cy="486000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sia_header_left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6000" cy="48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3475166" w14:textId="77777777" w:rsidR="0039460F" w:rsidRDefault="0039460F" w:rsidP="008266A6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936B5"/>
    <w:rsid w:val="0015074B"/>
    <w:rsid w:val="001B017C"/>
    <w:rsid w:val="0029639D"/>
    <w:rsid w:val="00326F90"/>
    <w:rsid w:val="0039460F"/>
    <w:rsid w:val="004441E4"/>
    <w:rsid w:val="004633B2"/>
    <w:rsid w:val="00476CFB"/>
    <w:rsid w:val="005961EF"/>
    <w:rsid w:val="0074178B"/>
    <w:rsid w:val="007C68EF"/>
    <w:rsid w:val="008266A6"/>
    <w:rsid w:val="009B003E"/>
    <w:rsid w:val="00AA1D8D"/>
    <w:rsid w:val="00AC4E82"/>
    <w:rsid w:val="00B47730"/>
    <w:rsid w:val="00C503CD"/>
    <w:rsid w:val="00CB0664"/>
    <w:rsid w:val="00CD6F94"/>
    <w:rsid w:val="00DC5282"/>
    <w:rsid w:val="00F45929"/>
    <w:rsid w:val="00FC693F"/>
    <w:rsid w:val="00FE0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27BB13"/>
  <w14:defaultImageDpi w14:val="300"/>
  <w15:docId w15:val="{08DC8097-6FCB-4C63-BA01-E2135E5BE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pPr>
      <w:spacing w:after="80" w:line="252" w:lineRule="auto"/>
    </w:pPr>
    <w:rPr>
      <w:rFonts w:ascii="Times New Roman" w:eastAsia="Times New Roman" w:hAnsi="Times New Roman"/>
      <w:sz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140"/>
      <w:outlineLvl w:val="0"/>
    </w:pPr>
    <w:rPr>
      <w:rFonts w:asciiTheme="majorHAnsi" w:eastAsiaTheme="majorEastAsia" w:hAnsiTheme="majorHAnsi" w:cstheme="majorBidi"/>
      <w:b/>
      <w:bCs/>
      <w:color w:val="0B6FA4"/>
      <w:sz w:val="22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140"/>
      <w:outlineLvl w:val="1"/>
    </w:pPr>
    <w:rPr>
      <w:rFonts w:asciiTheme="majorHAnsi" w:eastAsiaTheme="majorEastAsia" w:hAnsiTheme="majorHAnsi" w:cstheme="majorBidi"/>
      <w:b/>
      <w:bCs/>
      <w:color w:val="1F1F1F"/>
      <w:sz w:val="21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140"/>
      <w:outlineLvl w:val="2"/>
    </w:pPr>
    <w:rPr>
      <w:rFonts w:asciiTheme="majorHAnsi" w:eastAsiaTheme="majorEastAsia" w:hAnsiTheme="majorHAnsi" w:cstheme="majorBidi"/>
      <w:b/>
      <w:bCs/>
      <w:color w:val="1F1F1F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keepNext/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/>
      <w:b/>
      <w:color w:val="1F1F1F"/>
      <w:spacing w:val="5"/>
      <w:kern w:val="28"/>
      <w:sz w:val="24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spacing w:after="40"/>
      <w:ind w:left="312" w:hanging="198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A0FA036-492B-458F-BEAC-A36D4BD2C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410</Words>
  <Characters>2341</Characters>
  <Application>Microsoft Office Word</Application>
  <DocSecurity>0</DocSecurity>
  <Lines>19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Allegato C - Proposta di programma didattico</vt:lpstr>
      <vt:lpstr/>
    </vt:vector>
  </TitlesOfParts>
  <Manager/>
  <Company/>
  <LinksUpToDate>false</LinksUpToDate>
  <CharactersWithSpaces>2746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C - Proposta di programma didattico</dc:title>
  <dc:subject>Procedura selettiva per incarichi di insegnamento a.a. 2026/2027</dc:subject>
  <dc:creator>ISIA di Pescara</dc:creator>
  <cp:keywords/>
  <dc:description>generated by python-docx</dc:description>
  <cp:lastModifiedBy>Roberto D'Eramo</cp:lastModifiedBy>
  <cp:revision>6</cp:revision>
  <dcterms:created xsi:type="dcterms:W3CDTF">2026-08-07T05:41:00Z</dcterms:created>
  <dcterms:modified xsi:type="dcterms:W3CDTF">2026-08-26T11:20:00Z</dcterms:modified>
  <cp:category/>
</cp:coreProperties>
</file>