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DCE" w:rsidRPr="00442B05" w:rsidRDefault="00442B05">
      <w:pPr>
        <w:pStyle w:val="Titolo1"/>
        <w:rPr>
          <w:lang w:val="it-IT"/>
        </w:rPr>
      </w:pPr>
      <w:r w:rsidRPr="00442B05">
        <w:rPr>
          <w:lang w:val="it-IT"/>
        </w:rPr>
        <w:t>ALLEGATO B - SCHEDA DI AUTOVALUTAZIONE DEI TITOLI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Disciplina per la quale si concorre: ______________________________________________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 xml:space="preserve">Il candidato dovrà compilare il presente allegato in formato editabile, indicando chiaramente ciascun titolo, il relativo punteggio </w:t>
      </w:r>
      <w:proofErr w:type="spellStart"/>
      <w:r w:rsidRPr="00442B05">
        <w:rPr>
          <w:lang w:val="it-IT"/>
        </w:rPr>
        <w:t>autoattribuito</w:t>
      </w:r>
      <w:proofErr w:type="spellEnd"/>
      <w:r w:rsidRPr="00442B05">
        <w:rPr>
          <w:lang w:val="it-IT"/>
        </w:rPr>
        <w:t xml:space="preserve"> e, per i titoli artistici e professionali, il riferimento alla pagina corrispondente dell'Allegato X.</w:t>
      </w:r>
    </w:p>
    <w:p w:rsidR="009E1DCE" w:rsidRDefault="00442B05">
      <w:pPr>
        <w:pStyle w:val="Titolo2"/>
      </w:pPr>
      <w:r>
        <w:t xml:space="preserve">B.1 </w:t>
      </w:r>
      <w:proofErr w:type="spellStart"/>
      <w:r>
        <w:t>Titolo</w:t>
      </w:r>
      <w:proofErr w:type="spellEnd"/>
      <w:r>
        <w:t xml:space="preserve"> di accesso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268"/>
        <w:gridCol w:w="1134"/>
        <w:gridCol w:w="1701"/>
      </w:tblGrid>
      <w:tr w:rsidR="009E1DCE">
        <w:trPr>
          <w:tblHeader/>
          <w:jc w:val="center"/>
        </w:trPr>
        <w:tc>
          <w:tcPr>
            <w:tcW w:w="3969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Descrizione completa del titolo</w:t>
            </w:r>
          </w:p>
        </w:tc>
        <w:tc>
          <w:tcPr>
            <w:tcW w:w="2268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Istituzione</w:t>
            </w:r>
          </w:p>
        </w:tc>
        <w:tc>
          <w:tcPr>
            <w:tcW w:w="1134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Anno</w:t>
            </w:r>
          </w:p>
        </w:tc>
        <w:tc>
          <w:tcPr>
            <w:tcW w:w="1701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Punteggio autoattribuito</w:t>
            </w:r>
          </w:p>
        </w:tc>
      </w:tr>
      <w:tr w:rsidR="009E1DCE">
        <w:trPr>
          <w:jc w:val="center"/>
        </w:trPr>
        <w:tc>
          <w:tcPr>
            <w:tcW w:w="3969" w:type="dxa"/>
          </w:tcPr>
          <w:p w:rsidR="009E1DCE" w:rsidRDefault="009E1DCE">
            <w:pPr>
              <w:spacing w:after="0"/>
            </w:pPr>
          </w:p>
        </w:tc>
        <w:tc>
          <w:tcPr>
            <w:tcW w:w="2268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</w:tr>
    </w:tbl>
    <w:p w:rsidR="009E1DCE" w:rsidRDefault="009E1DCE">
      <w:pPr>
        <w:spacing w:after="80"/>
      </w:pPr>
    </w:p>
    <w:p w:rsidR="009E1DCE" w:rsidRDefault="00442B05">
      <w:pPr>
        <w:pStyle w:val="Titolo2"/>
      </w:pPr>
      <w:r>
        <w:t>B.2 Titoli ulteriori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1134"/>
        <w:gridCol w:w="1134"/>
      </w:tblGrid>
      <w:tr w:rsidR="009E1DCE">
        <w:trPr>
          <w:tblHeader/>
          <w:jc w:val="center"/>
        </w:trPr>
        <w:tc>
          <w:tcPr>
            <w:tcW w:w="567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N.</w:t>
            </w:r>
          </w:p>
        </w:tc>
        <w:tc>
          <w:tcPr>
            <w:tcW w:w="3969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Descrizione titolo</w:t>
            </w:r>
          </w:p>
        </w:tc>
        <w:tc>
          <w:tcPr>
            <w:tcW w:w="2268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Istituzione</w:t>
            </w:r>
          </w:p>
        </w:tc>
        <w:tc>
          <w:tcPr>
            <w:tcW w:w="1134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Anno</w:t>
            </w:r>
          </w:p>
        </w:tc>
        <w:tc>
          <w:tcPr>
            <w:tcW w:w="1134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6"/>
              </w:rPr>
              <w:t>Punteggio</w:t>
            </w:r>
          </w:p>
        </w:tc>
      </w:tr>
      <w:tr w:rsidR="009E1DCE">
        <w:trPr>
          <w:jc w:val="center"/>
        </w:trPr>
        <w:tc>
          <w:tcPr>
            <w:tcW w:w="567" w:type="dxa"/>
          </w:tcPr>
          <w:p w:rsidR="009E1DCE" w:rsidRDefault="00442B05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3969" w:type="dxa"/>
          </w:tcPr>
          <w:p w:rsidR="009E1DCE" w:rsidRDefault="009E1DCE">
            <w:pPr>
              <w:spacing w:after="0"/>
            </w:pPr>
          </w:p>
        </w:tc>
        <w:tc>
          <w:tcPr>
            <w:tcW w:w="2268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567" w:type="dxa"/>
          </w:tcPr>
          <w:p w:rsidR="009E1DCE" w:rsidRDefault="00442B05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3969" w:type="dxa"/>
          </w:tcPr>
          <w:p w:rsidR="009E1DCE" w:rsidRDefault="009E1DCE">
            <w:pPr>
              <w:spacing w:after="0"/>
            </w:pPr>
          </w:p>
        </w:tc>
        <w:tc>
          <w:tcPr>
            <w:tcW w:w="2268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567" w:type="dxa"/>
          </w:tcPr>
          <w:p w:rsidR="009E1DCE" w:rsidRDefault="00442B05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3969" w:type="dxa"/>
          </w:tcPr>
          <w:p w:rsidR="009E1DCE" w:rsidRDefault="009E1DCE">
            <w:pPr>
              <w:spacing w:after="0"/>
            </w:pPr>
          </w:p>
        </w:tc>
        <w:tc>
          <w:tcPr>
            <w:tcW w:w="2268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567" w:type="dxa"/>
          </w:tcPr>
          <w:p w:rsidR="009E1DCE" w:rsidRDefault="00442B05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3969" w:type="dxa"/>
          </w:tcPr>
          <w:p w:rsidR="009E1DCE" w:rsidRDefault="009E1DCE">
            <w:pPr>
              <w:spacing w:after="0"/>
            </w:pPr>
          </w:p>
        </w:tc>
        <w:tc>
          <w:tcPr>
            <w:tcW w:w="2268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567" w:type="dxa"/>
          </w:tcPr>
          <w:p w:rsidR="009E1DCE" w:rsidRDefault="00442B05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3969" w:type="dxa"/>
          </w:tcPr>
          <w:p w:rsidR="009E1DCE" w:rsidRDefault="009E1DCE">
            <w:pPr>
              <w:spacing w:after="0"/>
            </w:pPr>
          </w:p>
        </w:tc>
        <w:tc>
          <w:tcPr>
            <w:tcW w:w="2268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</w:tr>
    </w:tbl>
    <w:p w:rsidR="009E1DCE" w:rsidRDefault="009E1DCE">
      <w:pPr>
        <w:spacing w:after="80"/>
      </w:pPr>
    </w:p>
    <w:p w:rsidR="009E1DCE" w:rsidRDefault="00442B05">
      <w:pPr>
        <w:pStyle w:val="Titolo2"/>
      </w:pPr>
      <w:r>
        <w:t>B.3 Servizio didattico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1701"/>
        <w:gridCol w:w="1701"/>
        <w:gridCol w:w="1701"/>
        <w:gridCol w:w="1701"/>
        <w:gridCol w:w="1243"/>
        <w:gridCol w:w="901"/>
      </w:tblGrid>
      <w:tr w:rsidR="009E1DCE">
        <w:trPr>
          <w:tblHeader/>
          <w:jc w:val="center"/>
        </w:trPr>
        <w:tc>
          <w:tcPr>
            <w:tcW w:w="454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N.</w:t>
            </w:r>
          </w:p>
        </w:tc>
        <w:tc>
          <w:tcPr>
            <w:tcW w:w="1701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Istituzione</w:t>
            </w:r>
          </w:p>
        </w:tc>
        <w:tc>
          <w:tcPr>
            <w:tcW w:w="1701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Disciplina</w:t>
            </w:r>
          </w:p>
        </w:tc>
        <w:tc>
          <w:tcPr>
            <w:tcW w:w="1701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Periodo dal/al</w:t>
            </w:r>
          </w:p>
        </w:tc>
        <w:tc>
          <w:tcPr>
            <w:tcW w:w="1701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Tipologia servizio</w:t>
            </w:r>
          </w:p>
        </w:tc>
        <w:tc>
          <w:tcPr>
            <w:tcW w:w="1134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Ore/giorni/mesi</w:t>
            </w:r>
          </w:p>
        </w:tc>
        <w:tc>
          <w:tcPr>
            <w:tcW w:w="850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Punteggio</w:t>
            </w:r>
          </w:p>
        </w:tc>
      </w:tr>
      <w:tr w:rsidR="009E1DCE">
        <w:trPr>
          <w:jc w:val="center"/>
        </w:trPr>
        <w:tc>
          <w:tcPr>
            <w:tcW w:w="454" w:type="dxa"/>
          </w:tcPr>
          <w:p w:rsidR="009E1DCE" w:rsidRDefault="00442B05">
            <w:pPr>
              <w:spacing w:after="0"/>
            </w:pPr>
            <w:r>
              <w:rPr>
                <w:sz w:val="14"/>
              </w:rPr>
              <w:t>1</w:t>
            </w: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850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454" w:type="dxa"/>
          </w:tcPr>
          <w:p w:rsidR="009E1DCE" w:rsidRDefault="00442B05">
            <w:pPr>
              <w:spacing w:after="0"/>
            </w:pPr>
            <w:r>
              <w:rPr>
                <w:sz w:val="14"/>
              </w:rPr>
              <w:t>2</w:t>
            </w: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850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454" w:type="dxa"/>
          </w:tcPr>
          <w:p w:rsidR="009E1DCE" w:rsidRDefault="00442B05">
            <w:pPr>
              <w:spacing w:after="0"/>
            </w:pPr>
            <w:r>
              <w:rPr>
                <w:sz w:val="14"/>
              </w:rPr>
              <w:t>3</w:t>
            </w: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850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454" w:type="dxa"/>
          </w:tcPr>
          <w:p w:rsidR="009E1DCE" w:rsidRDefault="00442B05">
            <w:pPr>
              <w:spacing w:after="0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850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454" w:type="dxa"/>
          </w:tcPr>
          <w:p w:rsidR="009E1DCE" w:rsidRDefault="00442B05">
            <w:pPr>
              <w:spacing w:after="0"/>
            </w:pPr>
            <w:r>
              <w:rPr>
                <w:sz w:val="14"/>
              </w:rPr>
              <w:t>5</w:t>
            </w: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850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454" w:type="dxa"/>
          </w:tcPr>
          <w:p w:rsidR="009E1DCE" w:rsidRDefault="00442B05">
            <w:pPr>
              <w:spacing w:after="0"/>
            </w:pPr>
            <w:r>
              <w:rPr>
                <w:sz w:val="14"/>
              </w:rPr>
              <w:t>6</w:t>
            </w: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850" w:type="dxa"/>
          </w:tcPr>
          <w:p w:rsidR="009E1DCE" w:rsidRDefault="009E1DCE">
            <w:pPr>
              <w:spacing w:after="0"/>
            </w:pPr>
          </w:p>
        </w:tc>
      </w:tr>
      <w:tr w:rsidR="009E1DCE">
        <w:trPr>
          <w:jc w:val="center"/>
        </w:trPr>
        <w:tc>
          <w:tcPr>
            <w:tcW w:w="454" w:type="dxa"/>
          </w:tcPr>
          <w:p w:rsidR="009E1DCE" w:rsidRDefault="00442B05">
            <w:pPr>
              <w:spacing w:after="0"/>
            </w:pPr>
            <w:r>
              <w:rPr>
                <w:sz w:val="14"/>
              </w:rPr>
              <w:t>7</w:t>
            </w: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701" w:type="dxa"/>
          </w:tcPr>
          <w:p w:rsidR="009E1DCE" w:rsidRDefault="009E1DCE">
            <w:pPr>
              <w:spacing w:after="0"/>
            </w:pPr>
          </w:p>
        </w:tc>
        <w:tc>
          <w:tcPr>
            <w:tcW w:w="1134" w:type="dxa"/>
          </w:tcPr>
          <w:p w:rsidR="009E1DCE" w:rsidRDefault="009E1DCE">
            <w:pPr>
              <w:spacing w:after="0"/>
            </w:pPr>
          </w:p>
        </w:tc>
        <w:tc>
          <w:tcPr>
            <w:tcW w:w="850" w:type="dxa"/>
          </w:tcPr>
          <w:p w:rsidR="009E1DCE" w:rsidRDefault="009E1DCE">
            <w:pPr>
              <w:spacing w:after="0"/>
            </w:pPr>
          </w:p>
        </w:tc>
      </w:tr>
    </w:tbl>
    <w:p w:rsidR="009E1DCE" w:rsidRDefault="009E1DCE">
      <w:pPr>
        <w:spacing w:after="80"/>
      </w:pPr>
    </w:p>
    <w:p w:rsidR="009E1DCE" w:rsidRPr="00442B05" w:rsidRDefault="00442B05">
      <w:pPr>
        <w:pStyle w:val="Titolo2"/>
        <w:rPr>
          <w:lang w:val="it-IT"/>
        </w:rPr>
      </w:pPr>
      <w:r w:rsidRPr="00442B05">
        <w:rPr>
          <w:b w:val="0"/>
          <w:lang w:val="it-IT"/>
        </w:rPr>
        <w:t>B.4 Titoli artistici e professionali - massimo punti 35</w:t>
      </w:r>
    </w:p>
    <w:p w:rsidR="009E1DCE" w:rsidRDefault="00442B05">
      <w:pPr>
        <w:spacing w:after="80"/>
      </w:pPr>
      <w:r w:rsidRPr="00442B05">
        <w:rPr>
          <w:lang w:val="it-IT"/>
        </w:rPr>
        <w:t xml:space="preserve">Indicare un titolo per ciascuna riga, utilizzando il codice e il punteggio previsti dalla tabella unica dell’articolo 13. </w:t>
      </w:r>
      <w:r>
        <w:t xml:space="preserve">Il </w:t>
      </w:r>
      <w:proofErr w:type="spellStart"/>
      <w:r>
        <w:t>numero</w:t>
      </w:r>
      <w:proofErr w:type="spellEnd"/>
      <w:r>
        <w:t xml:space="preserve"> </w:t>
      </w:r>
      <w:proofErr w:type="spellStart"/>
      <w:r>
        <w:t>massimo</w:t>
      </w:r>
      <w:proofErr w:type="spellEnd"/>
      <w:r>
        <w:t xml:space="preserve"> di </w:t>
      </w:r>
      <w:proofErr w:type="spellStart"/>
      <w:r>
        <w:t>titoli</w:t>
      </w:r>
      <w:proofErr w:type="spellEnd"/>
      <w:r>
        <w:t xml:space="preserve"> valutabili è 50.</w:t>
      </w:r>
    </w:p>
    <w:p w:rsidR="009E1DCE" w:rsidRDefault="009E1DCE">
      <w:pPr>
        <w:spacing w:after="80"/>
        <w:sectPr w:rsidR="009E1DCE">
          <w:headerReference w:type="default" r:id="rId8"/>
          <w:footerReference w:type="default" r:id="rId9"/>
          <w:pgSz w:w="12240" w:h="15840"/>
          <w:pgMar w:top="1020" w:right="1134" w:bottom="1020" w:left="1134" w:header="720" w:footer="720" w:gutter="0"/>
          <w:cols w:space="720"/>
          <w:docGrid w:linePitch="360"/>
        </w:sect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680"/>
        <w:gridCol w:w="1247"/>
        <w:gridCol w:w="3402"/>
        <w:gridCol w:w="2948"/>
        <w:gridCol w:w="2154"/>
        <w:gridCol w:w="680"/>
        <w:gridCol w:w="1134"/>
      </w:tblGrid>
      <w:tr w:rsidR="009E1DCE">
        <w:trPr>
          <w:cantSplit/>
          <w:tblHeader/>
          <w:jc w:val="center"/>
        </w:trPr>
        <w:tc>
          <w:tcPr>
            <w:tcW w:w="45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lastRenderedPageBreak/>
              <w:t>N.</w:t>
            </w:r>
          </w:p>
        </w:tc>
        <w:tc>
          <w:tcPr>
            <w:tcW w:w="68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t>Codice</w:t>
            </w:r>
          </w:p>
        </w:tc>
        <w:tc>
          <w:tcPr>
            <w:tcW w:w="124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t>Data/periodo</w:t>
            </w:r>
          </w:p>
        </w:tc>
        <w:tc>
          <w:tcPr>
            <w:tcW w:w="34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t>Titolo o attività</w:t>
            </w:r>
          </w:p>
        </w:tc>
        <w:tc>
          <w:tcPr>
            <w:tcW w:w="294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t>Ente organizzatore/produttore</w:t>
            </w:r>
          </w:p>
        </w:tc>
        <w:tc>
          <w:tcPr>
            <w:tcW w:w="215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t>Ruolo svolto</w:t>
            </w:r>
          </w:p>
        </w:tc>
        <w:tc>
          <w:tcPr>
            <w:tcW w:w="68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t>Punti</w:t>
            </w:r>
          </w:p>
        </w:tc>
        <w:tc>
          <w:tcPr>
            <w:tcW w:w="113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4"/>
              </w:rPr>
              <w:t>Pagina Allegato X</w:t>
            </w: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5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6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7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8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9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10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11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12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13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14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15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16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17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18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19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20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21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22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23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24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25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lastRenderedPageBreak/>
              <w:t>26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27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28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29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30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31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32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33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34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35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36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37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38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39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40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41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42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43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44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45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46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47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48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49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4"/>
              </w:rPr>
              <w:t>50</w:t>
            </w: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</w:tbl>
    <w:p w:rsidR="009E1DCE" w:rsidRDefault="009E1DCE">
      <w:pPr>
        <w:spacing w:after="80"/>
      </w:pPr>
    </w:p>
    <w:p w:rsidR="00F41D80" w:rsidRDefault="00F41D80">
      <w:pPr>
        <w:spacing w:after="80"/>
      </w:pPr>
    </w:p>
    <w:p w:rsidR="00F41D80" w:rsidRDefault="00F41D80">
      <w:pPr>
        <w:spacing w:after="80"/>
      </w:pPr>
    </w:p>
    <w:p w:rsidR="00F41D80" w:rsidRDefault="00F41D80">
      <w:pPr>
        <w:spacing w:after="80"/>
      </w:pPr>
    </w:p>
    <w:p w:rsidR="00F41D80" w:rsidRPr="00F41D80" w:rsidRDefault="00F41D80" w:rsidP="00F41D80">
      <w:pPr>
        <w:spacing w:after="80"/>
        <w:rPr>
          <w:lang w:val="it-IT"/>
        </w:rPr>
      </w:pPr>
      <w:r>
        <w:rPr>
          <w:lang w:val="it-IT"/>
        </w:rPr>
        <w:t xml:space="preserve">                           </w:t>
      </w:r>
      <w:r w:rsidRPr="00F41D80">
        <w:rPr>
          <w:lang w:val="it-IT"/>
        </w:rPr>
        <w:t>Data __________    Firma del candidato ______________________________</w:t>
      </w:r>
    </w:p>
    <w:p w:rsidR="00F41D80" w:rsidRDefault="00F41D80">
      <w:pPr>
        <w:spacing w:after="80"/>
        <w:sectPr w:rsidR="00F41D80">
          <w:pgSz w:w="16838" w:h="11906" w:orient="landscape"/>
          <w:pgMar w:top="737" w:right="652" w:bottom="737" w:left="652" w:header="720" w:footer="720" w:gutter="0"/>
          <w:cols w:space="720"/>
          <w:docGrid w:linePitch="360"/>
        </w:sectPr>
      </w:pP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b/>
          <w:lang w:val="it-IT"/>
        </w:rPr>
        <w:lastRenderedPageBreak/>
        <w:t>Totale titoli artistici e professionali: __________ / 35 punti</w:t>
      </w:r>
    </w:p>
    <w:p w:rsidR="009E1DCE" w:rsidRDefault="00442B05">
      <w:pPr>
        <w:pStyle w:val="Titolo2"/>
      </w:pPr>
      <w:r>
        <w:rPr>
          <w:b w:val="0"/>
        </w:rPr>
        <w:t xml:space="preserve">B.5 </w:t>
      </w:r>
      <w:proofErr w:type="spellStart"/>
      <w:r>
        <w:rPr>
          <w:b w:val="0"/>
        </w:rPr>
        <w:t>Riepilogo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punteggi</w:t>
      </w:r>
      <w:proofErr w:type="spellEnd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9E1DCE">
        <w:trPr>
          <w:cantSplit/>
          <w:tblHeader/>
          <w:jc w:val="center"/>
        </w:trPr>
        <w:tc>
          <w:tcPr>
            <w:tcW w:w="332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8"/>
              </w:rPr>
              <w:t>Sezione</w:t>
            </w:r>
          </w:p>
        </w:tc>
        <w:tc>
          <w:tcPr>
            <w:tcW w:w="332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8"/>
              </w:rPr>
              <w:t>Punteggio massimo</w:t>
            </w:r>
          </w:p>
        </w:tc>
        <w:tc>
          <w:tcPr>
            <w:tcW w:w="332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b/>
                <w:sz w:val="18"/>
              </w:rPr>
              <w:t>Punteggio autoattribuito</w:t>
            </w:r>
          </w:p>
        </w:tc>
      </w:tr>
      <w:tr w:rsidR="009E1DCE">
        <w:trPr>
          <w:cantSplit/>
          <w:jc w:val="center"/>
        </w:trPr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Titolo di accesso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Titoli ulteriori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Servizio didattico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30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Titoli artistici e professionali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Progetto didattico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25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  <w:tr w:rsidR="009E1DCE">
        <w:trPr>
          <w:cantSplit/>
          <w:jc w:val="center"/>
        </w:trPr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TOTALE GENERALE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442B05">
            <w:pPr>
              <w:spacing w:after="0" w:line="240" w:lineRule="auto"/>
            </w:pPr>
            <w:r>
              <w:rPr>
                <w:sz w:val="18"/>
              </w:rPr>
              <w:t>100</w:t>
            </w:r>
          </w:p>
        </w:tc>
        <w:tc>
          <w:tcPr>
            <w:tcW w:w="3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1DCE" w:rsidRDefault="009E1DCE">
            <w:pPr>
              <w:spacing w:after="0" w:line="240" w:lineRule="auto"/>
            </w:pPr>
          </w:p>
        </w:tc>
      </w:tr>
    </w:tbl>
    <w:p w:rsidR="00F41D80" w:rsidRDefault="00F41D80">
      <w:pPr>
        <w:spacing w:after="80"/>
      </w:pPr>
    </w:p>
    <w:p w:rsidR="009E1DCE" w:rsidRPr="00F41D80" w:rsidRDefault="00442B05">
      <w:pPr>
        <w:spacing w:after="80"/>
        <w:rPr>
          <w:lang w:val="it-IT"/>
        </w:rPr>
      </w:pPr>
      <w:r w:rsidRPr="00F41D80">
        <w:rPr>
          <w:lang w:val="it-IT"/>
        </w:rPr>
        <w:t>Data __________    Firma del candidato ______________________________</w:t>
      </w:r>
    </w:p>
    <w:p w:rsidR="009E1DCE" w:rsidRPr="00F41D80" w:rsidRDefault="00442B05">
      <w:pPr>
        <w:spacing w:after="80"/>
        <w:rPr>
          <w:lang w:val="it-IT"/>
        </w:rPr>
      </w:pPr>
      <w:r w:rsidRPr="00F41D80">
        <w:rPr>
          <w:lang w:val="it-IT"/>
        </w:rPr>
        <w:br w:type="page"/>
      </w:r>
      <w:bookmarkStart w:id="0" w:name="_GoBack"/>
      <w:bookmarkEnd w:id="0"/>
    </w:p>
    <w:sectPr w:rsidR="009E1DCE" w:rsidRPr="00F41D80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3DF" w:rsidRDefault="006423DF">
      <w:pPr>
        <w:spacing w:after="0" w:line="240" w:lineRule="auto"/>
      </w:pPr>
      <w:r>
        <w:separator/>
      </w:r>
    </w:p>
  </w:endnote>
  <w:endnote w:type="continuationSeparator" w:id="0">
    <w:p w:rsidR="006423DF" w:rsidRDefault="00642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19" w:rsidRPr="00442B05" w:rsidRDefault="004F2E19">
    <w:pPr>
      <w:pStyle w:val="Pidipagina"/>
      <w:jc w:val="center"/>
      <w:rPr>
        <w:lang w:val="it-IT"/>
      </w:rPr>
    </w:pPr>
    <w:r w:rsidRPr="00442B05">
      <w:rPr>
        <w:sz w:val="16"/>
        <w:lang w:val="it-IT"/>
      </w:rPr>
      <w:t xml:space="preserve">Avviso pubblico selezione docenti - </w:t>
    </w:r>
    <w:r w:rsidR="00675A50">
      <w:rPr>
        <w:sz w:val="16"/>
        <w:lang w:val="it-IT"/>
      </w:rPr>
      <w:t>triennio</w:t>
    </w:r>
    <w:r w:rsidRPr="00442B05">
      <w:rPr>
        <w:sz w:val="16"/>
        <w:lang w:val="it-IT"/>
      </w:rPr>
      <w:t xml:space="preserve"> 2026/20</w:t>
    </w:r>
    <w:r w:rsidR="00675A50">
      <w:rPr>
        <w:sz w:val="16"/>
        <w:lang w:val="it-IT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3DF" w:rsidRDefault="006423DF">
      <w:pPr>
        <w:spacing w:after="0" w:line="240" w:lineRule="auto"/>
      </w:pPr>
      <w:r>
        <w:separator/>
      </w:r>
    </w:p>
  </w:footnote>
  <w:footnote w:type="continuationSeparator" w:id="0">
    <w:p w:rsidR="006423DF" w:rsidRDefault="00642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19" w:rsidRPr="00442B05" w:rsidRDefault="004F2E19">
    <w:pPr>
      <w:pStyle w:val="Intestazione"/>
      <w:jc w:val="center"/>
      <w:rPr>
        <w:lang w:val="it-IT"/>
      </w:rPr>
    </w:pPr>
    <w:r w:rsidRPr="00442B05">
      <w:rPr>
        <w:sz w:val="16"/>
        <w:lang w:val="it-IT"/>
      </w:rPr>
      <w:t>Scuola Civica di Musica dei Comuni di Capoterra e Villa San Pietro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E86DEF"/>
    <w:multiLevelType w:val="hybridMultilevel"/>
    <w:tmpl w:val="A4BADE52"/>
    <w:lvl w:ilvl="0" w:tplc="22D21E02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463"/>
    <w:rsid w:val="0015074B"/>
    <w:rsid w:val="0029639D"/>
    <w:rsid w:val="002D5C2A"/>
    <w:rsid w:val="002E5858"/>
    <w:rsid w:val="002F371E"/>
    <w:rsid w:val="00326F90"/>
    <w:rsid w:val="00345FC0"/>
    <w:rsid w:val="00442B05"/>
    <w:rsid w:val="004467B2"/>
    <w:rsid w:val="004F2E19"/>
    <w:rsid w:val="00634729"/>
    <w:rsid w:val="006423DF"/>
    <w:rsid w:val="00675A50"/>
    <w:rsid w:val="006A56F7"/>
    <w:rsid w:val="0083524F"/>
    <w:rsid w:val="009E1DCE"/>
    <w:rsid w:val="00AA1D8D"/>
    <w:rsid w:val="00AF64D9"/>
    <w:rsid w:val="00B47730"/>
    <w:rsid w:val="00CB0664"/>
    <w:rsid w:val="00D032AC"/>
    <w:rsid w:val="00D66B7A"/>
    <w:rsid w:val="00D874A0"/>
    <w:rsid w:val="00E73407"/>
    <w:rsid w:val="00E91917"/>
    <w:rsid w:val="00F41D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41D4E"/>
  <w14:defaultImageDpi w14:val="300"/>
  <w15:docId w15:val="{174AAE13-F45E-0146-B158-F18249F5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C693F"/>
    <w:pPr>
      <w:spacing w:after="120" w:line="259" w:lineRule="auto"/>
    </w:pPr>
    <w:rPr>
      <w:rFonts w:ascii="Arial" w:eastAsia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366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366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3366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A78D6B-3B8C-D444-95B5-C010398D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Avviso pubblico selezione docenti - quinquennio 2026/2027-2030/2031</vt:lpstr>
      <vt:lpstr/>
    </vt:vector>
  </TitlesOfParts>
  <Manager/>
  <Company/>
  <LinksUpToDate>false</LinksUpToDate>
  <CharactersWithSpaces>2101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selezione docenti - quinquennio 2026/2027-2030/2031</dc:title>
  <dc:subject/>
  <dc:creator>python-docx</dc:creator>
  <cp:keywords/>
  <dc:description>generated by python-docx</dc:description>
  <cp:lastModifiedBy>Microsoft Office User</cp:lastModifiedBy>
  <cp:revision>2</cp:revision>
  <dcterms:created xsi:type="dcterms:W3CDTF">2026-07-28T06:45:00Z</dcterms:created>
  <dcterms:modified xsi:type="dcterms:W3CDTF">2026-07-28T06:45:00Z</dcterms:modified>
  <cp:category/>
</cp:coreProperties>
</file>