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DCE" w:rsidRDefault="00442B05">
      <w:pPr>
        <w:pStyle w:val="Titolo1"/>
        <w:rPr>
          <w:lang w:val="it-IT"/>
        </w:rPr>
      </w:pPr>
      <w:r w:rsidRPr="00F41D80">
        <w:rPr>
          <w:lang w:val="it-IT"/>
        </w:rPr>
        <w:t>ALLEGATO C - PROGETTO DIDATTICO</w:t>
      </w:r>
    </w:p>
    <w:p w:rsidR="006758DD" w:rsidRPr="006758DD" w:rsidRDefault="006758DD" w:rsidP="006758DD">
      <w:pPr>
        <w:rPr>
          <w:lang w:val="it-IT"/>
        </w:rPr>
      </w:pPr>
      <w:bookmarkStart w:id="0" w:name="_GoBack"/>
      <w:bookmarkEnd w:id="0"/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Il progetto didattico dovrà essere redatto in massimo 5 pagine, esclusi eventuale frontespizio e firma finale. In caso di superamento del limite, saranno valutate esclusivamente le prime 5 pagine utili.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Il progetto dovrà contenere obbligatoriamente: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Analisi dell'utenza di riferimento e dei livelli di partenza;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Obiettivi formativi annuali e progressivi;</w:t>
      </w:r>
    </w:p>
    <w:p w:rsidR="009E1DCE" w:rsidRDefault="00442B05">
      <w:pPr>
        <w:pStyle w:val="Numeroelenco"/>
      </w:pPr>
      <w:proofErr w:type="spellStart"/>
      <w:r>
        <w:t>Programmazione</w:t>
      </w:r>
      <w:proofErr w:type="spellEnd"/>
      <w:r>
        <w:t xml:space="preserve"> </w:t>
      </w:r>
      <w:proofErr w:type="spellStart"/>
      <w:r>
        <w:t>annuale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>;</w:t>
      </w:r>
    </w:p>
    <w:p w:rsidR="009E1DCE" w:rsidRDefault="00442B05">
      <w:pPr>
        <w:pStyle w:val="Numeroelenco"/>
      </w:pPr>
      <w:r>
        <w:t>Metodologia didattica;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Modalità di verifica degli apprendimenti;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Strategie per l'inclusione e personalizzazione dei percorsi;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Attività collettive, interdisciplinari e di musica d'insieme;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Integrazione con l'offerta formativa della Scuola Civica;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Raccordo con il contesto culturale, storico, linguistico e musicale della Sardegna;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Proposte di produzione artistica, saggi, concerti, lezioni-concerto o attività aperte al territorio;</w:t>
      </w:r>
    </w:p>
    <w:p w:rsidR="009E1DCE" w:rsidRPr="00442B05" w:rsidRDefault="00442B05">
      <w:pPr>
        <w:pStyle w:val="Numeroelenco"/>
        <w:rPr>
          <w:lang w:val="it-IT"/>
        </w:rPr>
      </w:pPr>
      <w:r w:rsidRPr="00442B05">
        <w:rPr>
          <w:lang w:val="it-IT"/>
        </w:rPr>
        <w:t>Cronoprogramma delle attività e sostenibilità organizzativa.</w:t>
      </w:r>
    </w:p>
    <w:p w:rsidR="00F41D80" w:rsidRDefault="00F41D80">
      <w:pPr>
        <w:spacing w:after="80"/>
        <w:rPr>
          <w:lang w:val="it-IT"/>
        </w:rPr>
      </w:pP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Firma del candidato ______________________________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br w:type="page"/>
      </w:r>
    </w:p>
    <w:p w:rsidR="009E1DCE" w:rsidRPr="00442B05" w:rsidRDefault="00442B05">
      <w:pPr>
        <w:pStyle w:val="Titolo1"/>
        <w:rPr>
          <w:lang w:val="it-IT"/>
        </w:rPr>
      </w:pPr>
      <w:r w:rsidRPr="00442B05">
        <w:rPr>
          <w:lang w:val="it-IT"/>
        </w:rPr>
        <w:lastRenderedPageBreak/>
        <w:t>ALLEGATO D - TITOLI DI ACCESSO PER DISCIPLINA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Il presente allegato indica, in via generale, i titoli di accesso richiesti per ciascuna disciplina o area disciplinare. La Commissione potrà riconoscere titoli equipollenti o affini, purché adeguatamente documentati e coerenti con la disciplina oggetto della candidatura.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9E1DCE">
        <w:trPr>
          <w:tblHeader/>
          <w:jc w:val="center"/>
        </w:trPr>
        <w:tc>
          <w:tcPr>
            <w:tcW w:w="2835" w:type="dxa"/>
            <w:shd w:val="clear" w:color="auto" w:fill="D9EAF7"/>
          </w:tcPr>
          <w:p w:rsidR="009E1DCE" w:rsidRDefault="00442B05">
            <w:pPr>
              <w:spacing w:after="0"/>
            </w:pPr>
            <w:proofErr w:type="spellStart"/>
            <w:r>
              <w:rPr>
                <w:b/>
                <w:sz w:val="14"/>
              </w:rPr>
              <w:t>Disciplina</w:t>
            </w:r>
            <w:proofErr w:type="spellEnd"/>
            <w:r>
              <w:rPr>
                <w:b/>
                <w:sz w:val="14"/>
              </w:rPr>
              <w:t xml:space="preserve"> / area</w:t>
            </w:r>
          </w:p>
        </w:tc>
        <w:tc>
          <w:tcPr>
            <w:tcW w:w="6236" w:type="dxa"/>
            <w:shd w:val="clear" w:color="auto" w:fill="D9EAF7"/>
          </w:tcPr>
          <w:p w:rsidR="009E1DCE" w:rsidRDefault="00442B05">
            <w:pPr>
              <w:spacing w:after="0"/>
            </w:pPr>
            <w:r>
              <w:rPr>
                <w:b/>
                <w:sz w:val="14"/>
              </w:rPr>
              <w:t>Titoli di accesso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>
            <w:pPr>
              <w:spacing w:after="0"/>
            </w:pPr>
            <w:proofErr w:type="spellStart"/>
            <w:r w:rsidRPr="0083524F">
              <w:rPr>
                <w:sz w:val="14"/>
              </w:rPr>
              <w:t>Arpa</w:t>
            </w:r>
            <w:proofErr w:type="spellEnd"/>
          </w:p>
        </w:tc>
        <w:tc>
          <w:tcPr>
            <w:tcW w:w="6236" w:type="dxa"/>
            <w:vMerge w:val="restart"/>
          </w:tcPr>
          <w:p w:rsidR="0083524F" w:rsidRDefault="0083524F" w:rsidP="0083524F">
            <w:pPr>
              <w:pStyle w:val="Paragrafoelenco"/>
              <w:spacing w:after="0"/>
              <w:rPr>
                <w:sz w:val="14"/>
                <w:lang w:val="it-IT"/>
              </w:rPr>
            </w:pPr>
          </w:p>
          <w:p w:rsidR="0083524F" w:rsidRPr="0083524F" w:rsidRDefault="0083524F" w:rsidP="0083524F">
            <w:pPr>
              <w:pStyle w:val="Paragrafoelenco"/>
              <w:numPr>
                <w:ilvl w:val="0"/>
                <w:numId w:val="10"/>
              </w:numPr>
              <w:spacing w:after="0"/>
              <w:rPr>
                <w:sz w:val="14"/>
                <w:lang w:val="it-IT"/>
              </w:rPr>
            </w:pPr>
            <w:r w:rsidRPr="0083524F">
              <w:rPr>
                <w:sz w:val="14"/>
                <w:lang w:val="it-IT"/>
              </w:rPr>
              <w:t>Diploma V.O. con maturità</w:t>
            </w:r>
          </w:p>
          <w:p w:rsidR="0083524F" w:rsidRPr="0083524F" w:rsidRDefault="0083524F" w:rsidP="0083524F">
            <w:pPr>
              <w:pStyle w:val="Paragrafoelenco"/>
              <w:numPr>
                <w:ilvl w:val="0"/>
                <w:numId w:val="10"/>
              </w:numPr>
              <w:spacing w:after="0"/>
              <w:rPr>
                <w:sz w:val="14"/>
                <w:lang w:val="it-IT"/>
              </w:rPr>
            </w:pPr>
            <w:r w:rsidRPr="0083524F">
              <w:rPr>
                <w:sz w:val="14"/>
                <w:lang w:val="it-IT"/>
              </w:rPr>
              <w:t>Diploma Accademico II livello o I livello, o titolo equipollente/coerente</w:t>
            </w:r>
          </w:p>
          <w:p w:rsidR="0083524F" w:rsidRPr="0083524F" w:rsidRDefault="0083524F" w:rsidP="0083524F">
            <w:pPr>
              <w:pStyle w:val="Paragrafoelenco"/>
              <w:numPr>
                <w:ilvl w:val="0"/>
                <w:numId w:val="10"/>
              </w:numPr>
              <w:spacing w:after="0"/>
              <w:rPr>
                <w:lang w:val="it-IT"/>
              </w:rPr>
            </w:pPr>
            <w:r w:rsidRPr="0083524F">
              <w:rPr>
                <w:sz w:val="14"/>
                <w:lang w:val="it-IT"/>
              </w:rPr>
              <w:t>Diploma V.O</w:t>
            </w:r>
            <w:r w:rsidRPr="0083524F">
              <w:rPr>
                <w:lang w:val="it-IT"/>
              </w:rPr>
              <w:t xml:space="preserve"> </w:t>
            </w:r>
            <w:r w:rsidRPr="0083524F">
              <w:rPr>
                <w:sz w:val="14"/>
                <w:lang w:val="it-IT"/>
              </w:rPr>
              <w:t>privo del diploma di istruzione secondaria superiore può essere considerato titolo professionale idoneo ai soli fini della presente procedura, ove coerente con la disciplina richiesta</w:t>
            </w: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r>
              <w:rPr>
                <w:sz w:val="14"/>
              </w:rPr>
              <w:t xml:space="preserve">Pianoforte </w:t>
            </w:r>
            <w:proofErr w:type="spellStart"/>
            <w:r>
              <w:rPr>
                <w:sz w:val="14"/>
              </w:rPr>
              <w:t>classico</w:t>
            </w:r>
            <w:proofErr w:type="spellEnd"/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Violino</w:t>
            </w:r>
            <w:proofErr w:type="spellEnd"/>
            <w:r>
              <w:rPr>
                <w:sz w:val="14"/>
              </w:rPr>
              <w:t xml:space="preserve">, Viola, Violoncello, </w:t>
            </w:r>
            <w:proofErr w:type="spellStart"/>
            <w:r>
              <w:rPr>
                <w:sz w:val="14"/>
              </w:rPr>
              <w:t>Contrabbasso</w:t>
            </w:r>
            <w:proofErr w:type="spellEnd"/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Flauto, Oboe, Clarinetto, Fagotto, Corno, Tromba, Trombone, Sassofono</w:t>
            </w:r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Percussioni</w:t>
            </w:r>
            <w:proofErr w:type="spellEnd"/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Chitarra classica, Arpa, Organo, Fisarmonica classica</w:t>
            </w:r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r>
              <w:rPr>
                <w:sz w:val="14"/>
              </w:rPr>
              <w:t xml:space="preserve">Canto </w:t>
            </w:r>
            <w:proofErr w:type="spellStart"/>
            <w:r>
              <w:rPr>
                <w:sz w:val="14"/>
              </w:rPr>
              <w:t>lirico</w:t>
            </w:r>
            <w:proofErr w:type="spellEnd"/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Direzione</w:t>
            </w:r>
            <w:proofErr w:type="spellEnd"/>
            <w:r>
              <w:rPr>
                <w:sz w:val="14"/>
              </w:rPr>
              <w:t xml:space="preserve"> di </w:t>
            </w:r>
            <w:proofErr w:type="spellStart"/>
            <w:r>
              <w:rPr>
                <w:sz w:val="14"/>
              </w:rPr>
              <w:t>coro</w:t>
            </w:r>
            <w:proofErr w:type="spellEnd"/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4F2E19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Direzione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d'orchestra</w:t>
            </w:r>
            <w:proofErr w:type="spellEnd"/>
            <w:r>
              <w:rPr>
                <w:sz w:val="14"/>
              </w:rPr>
              <w:t xml:space="preserve"> / Banda musicale</w:t>
            </w:r>
          </w:p>
        </w:tc>
        <w:tc>
          <w:tcPr>
            <w:tcW w:w="6236" w:type="dxa"/>
            <w:vMerge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Arte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scenica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AFAM, universitario o professionale coerente con arte scenica, teatro musicale, recitazione, regia, discipline dello spettacolo, con comprovata esperienza didattica o artistica.</w:t>
            </w:r>
          </w:p>
        </w:tc>
      </w:tr>
      <w:tr w:rsidR="006A56F7" w:rsidRPr="006758DD">
        <w:trPr>
          <w:jc w:val="center"/>
        </w:trPr>
        <w:tc>
          <w:tcPr>
            <w:tcW w:w="2835" w:type="dxa"/>
          </w:tcPr>
          <w:p w:rsidR="006A56F7" w:rsidRDefault="006A56F7" w:rsidP="0083524F">
            <w:pPr>
              <w:spacing w:after="0"/>
              <w:rPr>
                <w:sz w:val="14"/>
              </w:rPr>
            </w:pPr>
            <w:proofErr w:type="spellStart"/>
            <w:r>
              <w:rPr>
                <w:sz w:val="14"/>
              </w:rPr>
              <w:t>Dizione</w:t>
            </w:r>
            <w:proofErr w:type="spellEnd"/>
          </w:p>
        </w:tc>
        <w:tc>
          <w:tcPr>
            <w:tcW w:w="6236" w:type="dxa"/>
          </w:tcPr>
          <w:p w:rsidR="006A56F7" w:rsidRPr="00442B05" w:rsidRDefault="006A56F7" w:rsidP="0083524F">
            <w:pPr>
              <w:spacing w:after="0"/>
              <w:rPr>
                <w:sz w:val="14"/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Titolo AFAM, universitario o professionale coerente con </w:t>
            </w:r>
            <w:r>
              <w:rPr>
                <w:sz w:val="14"/>
                <w:lang w:val="it-IT"/>
              </w:rPr>
              <w:t>la disciplina</w:t>
            </w:r>
            <w:r w:rsidRPr="00442B05">
              <w:rPr>
                <w:sz w:val="14"/>
                <w:lang w:val="it-IT"/>
              </w:rPr>
              <w:t>, con comprovata esperienza didattica o artistica</w:t>
            </w:r>
            <w:r>
              <w:rPr>
                <w:sz w:val="14"/>
                <w:lang w:val="it-IT"/>
              </w:rPr>
              <w:t xml:space="preserve"> nel settore.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Tecnica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vocale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 coerente in Canto, Canto lirico, Canto jazz, Canto moderno, Musica vocale da camera, Didattica della musica</w:t>
            </w:r>
            <w:r w:rsidR="006A56F7">
              <w:rPr>
                <w:sz w:val="14"/>
                <w:lang w:val="it-IT"/>
              </w:rPr>
              <w:t xml:space="preserve">, Direzione di coro </w:t>
            </w:r>
            <w:r w:rsidRPr="00442B05">
              <w:rPr>
                <w:sz w:val="14"/>
                <w:lang w:val="it-IT"/>
              </w:rPr>
              <w:t>o comprovata esperienza didattica e artistica nel settore vocale.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Teoria, Ritmica e Percezione Musicale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Diploma accademico coerente con la disciplina; Diploma in Composizione, Musica corale e Direzione di coro, Didattica della musica, Direzione d'orchestra o titoli AFAM equipollenti/coerenti.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Propedeutica Musicale / Musica e Gioco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Diploma accademico in Didattica della musica o altro titolo AFAM coerente, con comprovata esperienza didattica nel settore dell'infanzia e della propedeutica musicale.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r>
              <w:rPr>
                <w:sz w:val="14"/>
              </w:rPr>
              <w:t xml:space="preserve">Canto </w:t>
            </w:r>
            <w:proofErr w:type="spellStart"/>
            <w:r>
              <w:rPr>
                <w:sz w:val="14"/>
              </w:rPr>
              <w:t>moderno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Diploma AFAM in Canto jazz,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 indirizzo canto, Canto pop/rock o titolo affine; in alternativa curriculum attestante comprovata e qualificata attività artistica e didattica nella disciplina.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Chitarra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moderna</w:t>
            </w:r>
            <w:proofErr w:type="spell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elettrica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Diploma AFAM in Chitarra jazz,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 indirizzo chitarra, Chitarra pop/rock o titolo affine; in alternativa curriculum artistico-didattico qualificato.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r>
              <w:rPr>
                <w:sz w:val="14"/>
              </w:rPr>
              <w:t xml:space="preserve">Basso </w:t>
            </w:r>
            <w:proofErr w:type="spellStart"/>
            <w:r>
              <w:rPr>
                <w:sz w:val="14"/>
              </w:rPr>
              <w:t>elettrico</w:t>
            </w:r>
            <w:proofErr w:type="spellEnd"/>
            <w:r>
              <w:rPr>
                <w:sz w:val="14"/>
              </w:rPr>
              <w:t xml:space="preserve"> / </w:t>
            </w:r>
            <w:proofErr w:type="spellStart"/>
            <w:r>
              <w:rPr>
                <w:sz w:val="14"/>
              </w:rPr>
              <w:t>Contrabbasso</w:t>
            </w:r>
            <w:proofErr w:type="spellEnd"/>
            <w:r>
              <w:rPr>
                <w:sz w:val="14"/>
              </w:rPr>
              <w:t xml:space="preserve"> jazz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Diploma AFAM in Contrabbasso, Contrabbasso jazz, Basso elettrico,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 indirizzo basso o titolo affine; in alternativa curriculum artistico-didattico qualificato.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Batteria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Diploma AFAM in Percussioni, Batteria e percussioni jazz,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 indirizzo batteria/percussioni o titolo affine; in alternativa curriculum artistico-didattico qualificato.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r>
              <w:rPr>
                <w:sz w:val="14"/>
              </w:rPr>
              <w:t xml:space="preserve">Pianoforte </w:t>
            </w:r>
            <w:proofErr w:type="spellStart"/>
            <w:r>
              <w:rPr>
                <w:sz w:val="14"/>
              </w:rPr>
              <w:t>moderno</w:t>
            </w:r>
            <w:proofErr w:type="spellEnd"/>
            <w:r>
              <w:rPr>
                <w:sz w:val="14"/>
              </w:rPr>
              <w:t xml:space="preserve"> / </w:t>
            </w:r>
            <w:proofErr w:type="spellStart"/>
            <w:r>
              <w:rPr>
                <w:sz w:val="14"/>
              </w:rPr>
              <w:t>Tastiere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elettroniche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Diploma AFAM in Pianoforte, Pianoforte jazz, Tastiere elettroniche,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 indirizzo pianoforte/tastiere o titolo affine; in alternativa curriculum artistico-didattico qualificato.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Musica elettronica, nuove tecnologie, Dee-jay, informatica musicale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Diploma AFAM in Musica elettronica, Tecnologie del suono, Musica applicata, discipline informatiche/multimediali musicali o titolo affine; in alternativa curriculum qualificato.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Launeddas, Organetto, Canto popolare, strumenti tradizionali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Comprovata e qualificata attività didattica di almeno tre anni nella disciplina e curriculum attestante lunga, qualificata e riconosciuta esperienza artistica nel settore; eventuali titoli accademici coerenti sono valutabili ove presenti.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Fisarmonica nella musica tradizionale sarda / Bandoneon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 coerente in Fisarmonica o strumento affine, oppure comprovata e qualificata attività didattica e artistica nella disciplina.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Canto corale / Coro di voci bianche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 in Musica corale e Direzione di coro, Canto, Didattica della musica o titolo affine; in alternativa curriculum qualificato nella direzione o didattica corale.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Musica d'insieme cameristica e orchestrale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 in Musica da camera, strumento, Composizione, Direzione d'orchestra o titolo affine, con curriculum coerente nella pratica d'insieme.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Band pop/rock / Musica d'insieme moderna e jazz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 xml:space="preserve">Titolo AFAM in Jazz, </w:t>
            </w:r>
            <w:proofErr w:type="spellStart"/>
            <w:r w:rsidRPr="00442B05">
              <w:rPr>
                <w:sz w:val="14"/>
                <w:lang w:val="it-IT"/>
              </w:rPr>
              <w:t>Popular</w:t>
            </w:r>
            <w:proofErr w:type="spellEnd"/>
            <w:r w:rsidRPr="00442B05">
              <w:rPr>
                <w:sz w:val="14"/>
                <w:lang w:val="it-IT"/>
              </w:rPr>
              <w:t xml:space="preserve"> music, strumento moderno o titolo affine; in alternativa curriculum artistico-didattico qualificato nella musica d'insieme moderna.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Storia della musica / Storia della musica sarda / Guida all'ascolto</w:t>
            </w:r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Titolo AFAM o universitario coerente in discipline musicali, musicologiche, storico-artistiche o titolo affine, con comprovata competenza didattica e divulgativa.</w:t>
            </w:r>
          </w:p>
        </w:tc>
      </w:tr>
      <w:tr w:rsidR="0083524F" w:rsidRPr="006758DD">
        <w:trPr>
          <w:jc w:val="center"/>
        </w:trPr>
        <w:tc>
          <w:tcPr>
            <w:tcW w:w="2835" w:type="dxa"/>
          </w:tcPr>
          <w:p w:rsidR="0083524F" w:rsidRDefault="0083524F" w:rsidP="0083524F">
            <w:pPr>
              <w:spacing w:after="0"/>
            </w:pPr>
            <w:proofErr w:type="spellStart"/>
            <w:r>
              <w:rPr>
                <w:sz w:val="14"/>
              </w:rPr>
              <w:t>Musicoterapia</w:t>
            </w:r>
            <w:proofErr w:type="spellEnd"/>
          </w:p>
        </w:tc>
        <w:tc>
          <w:tcPr>
            <w:tcW w:w="6236" w:type="dxa"/>
          </w:tcPr>
          <w:p w:rsidR="0083524F" w:rsidRPr="00442B05" w:rsidRDefault="0083524F" w:rsidP="0083524F">
            <w:pPr>
              <w:spacing w:after="0"/>
              <w:rPr>
                <w:lang w:val="it-IT"/>
              </w:rPr>
            </w:pPr>
            <w:r w:rsidRPr="00442B05">
              <w:rPr>
                <w:sz w:val="14"/>
                <w:lang w:val="it-IT"/>
              </w:rPr>
              <w:t>Diploma Accademico di II livello o titolo specifico in Musicoterapia, ove richiesto dalla disciplina e dalla normativa applicabile.</w:t>
            </w:r>
          </w:p>
        </w:tc>
      </w:tr>
    </w:tbl>
    <w:p w:rsidR="009E1DCE" w:rsidRPr="00442B05" w:rsidRDefault="009E1DCE">
      <w:pPr>
        <w:spacing w:after="80"/>
        <w:rPr>
          <w:lang w:val="it-IT"/>
        </w:rPr>
      </w:pPr>
    </w:p>
    <w:p w:rsidR="009E1DCE" w:rsidRPr="00442B05" w:rsidRDefault="00442B05">
      <w:pPr>
        <w:pStyle w:val="Titolo1"/>
        <w:rPr>
          <w:lang w:val="it-IT"/>
        </w:rPr>
      </w:pPr>
      <w:r w:rsidRPr="00442B05">
        <w:rPr>
          <w:lang w:val="it-IT"/>
        </w:rPr>
        <w:t>ALLEGATO X - DOCUMENTAZIONE DEI TITOLI ARTISTICI E PROFESSIONALI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L'Allegato X non è un modulo da compilare, ma un fascicolo documentale unico in formato PDF statico, da produrre a cura del candidato.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Il PDF dovrà contenere, secondo l'ordine progressivo indicato nell'Allegato B, le copie statiche e non modificabili della documentazione utile alla verifica dei titoli artistici e professionali dichiarati.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A titolo esemplificativo, potranno essere inseriti nell'Allegato X: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documentazione ufficiale idonea a comprovare l’effettivo svolgimento dell’attività, il ruolo ricoperto, la data, l’ente organizzatore o produttore e il contesto professionale;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lastRenderedPageBreak/>
        <w:t>contratti, lettere di incarico o attestazioni degli enti organizzatori;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locandine, programmi di sala, brochure o materiali ufficiali degli eventi;</w:t>
      </w:r>
    </w:p>
    <w:p w:rsidR="009E1DCE" w:rsidRDefault="00442B05">
      <w:pPr>
        <w:pStyle w:val="Puntoelenco"/>
      </w:pPr>
      <w:proofErr w:type="spellStart"/>
      <w:r>
        <w:t>certificazioni</w:t>
      </w:r>
      <w:proofErr w:type="spellEnd"/>
      <w:r>
        <w:t xml:space="preserve"> SIAE;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attestati di partecipazione, docenza, direzione artistica o collaborazione;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pubblicazioni con ISBN, ISMN o altro codice editoriale;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documentazione relativa a premi, concorsi, incisioni, produzioni discografiche, audiovisive o multimediali;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link ufficiali a siti istituzionali, pagine degli enti organizzatori o archivi pubblici, preferibilmente accompagnati da stampa o copia PDF della pagina richiamata;</w:t>
      </w:r>
    </w:p>
    <w:p w:rsidR="009E1DCE" w:rsidRPr="00442B05" w:rsidRDefault="00442B05">
      <w:pPr>
        <w:pStyle w:val="Puntoelenco"/>
        <w:rPr>
          <w:lang w:val="it-IT"/>
        </w:rPr>
      </w:pPr>
      <w:r w:rsidRPr="00442B05">
        <w:rPr>
          <w:lang w:val="it-IT"/>
        </w:rPr>
        <w:t>ogni altra documentazione idonea alla verifica del titolo.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Ogni documento inserito dovrà riportare, ove possibile, il numero progressivo del titolo cui si riferisce. Il candidato dovrà indicare nell'Allegato B la pagina o le pagine dell'Allegato X nelle quali è rinvenibile la documentazione relativa a ciascun titolo.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 xml:space="preserve">L'Allegato X ha esclusivamente funzione probatoria e documentale. La valutazione avverrà sulla base dei titoli dichiarati e </w:t>
      </w:r>
      <w:proofErr w:type="spellStart"/>
      <w:r w:rsidRPr="00442B05">
        <w:rPr>
          <w:lang w:val="it-IT"/>
        </w:rPr>
        <w:t>autoattribuiti</w:t>
      </w:r>
      <w:proofErr w:type="spellEnd"/>
      <w:r w:rsidRPr="00442B05">
        <w:rPr>
          <w:lang w:val="it-IT"/>
        </w:rPr>
        <w:t xml:space="preserve"> nell'Allegato B, previa verifica della documentazione contenuta nell'Allegato X.</w:t>
      </w:r>
    </w:p>
    <w:p w:rsidR="009E1DCE" w:rsidRPr="00442B05" w:rsidRDefault="00442B05">
      <w:pPr>
        <w:spacing w:after="80"/>
        <w:rPr>
          <w:lang w:val="it-IT"/>
        </w:rPr>
      </w:pPr>
      <w:r w:rsidRPr="00442B05">
        <w:rPr>
          <w:lang w:val="it-IT"/>
        </w:rPr>
        <w:t>La Commissione potrà richiedere chiarimenti o integrazioni esclusivamente in relazione a documentazione già prodotta entro il termine di scadenza della domanda, senza possibilità di inserire nuovi titoli successivamente alla scadenza.</w:t>
      </w:r>
    </w:p>
    <w:sectPr w:rsidR="009E1DCE" w:rsidRPr="00442B05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AAC" w:rsidRDefault="00A60AAC">
      <w:pPr>
        <w:spacing w:after="0" w:line="240" w:lineRule="auto"/>
      </w:pPr>
      <w:r>
        <w:separator/>
      </w:r>
    </w:p>
  </w:endnote>
  <w:endnote w:type="continuationSeparator" w:id="0">
    <w:p w:rsidR="00A60AAC" w:rsidRDefault="00A6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19" w:rsidRPr="00442B05" w:rsidRDefault="004F2E19">
    <w:pPr>
      <w:pStyle w:val="Pidipagina"/>
      <w:jc w:val="center"/>
      <w:rPr>
        <w:lang w:val="it-IT"/>
      </w:rPr>
    </w:pPr>
    <w:r w:rsidRPr="00442B05">
      <w:rPr>
        <w:sz w:val="16"/>
        <w:lang w:val="it-IT"/>
      </w:rPr>
      <w:t xml:space="preserve">Avviso pubblico selezione docenti - </w:t>
    </w:r>
    <w:r w:rsidR="00675A50">
      <w:rPr>
        <w:sz w:val="16"/>
        <w:lang w:val="it-IT"/>
      </w:rPr>
      <w:t>triennio</w:t>
    </w:r>
    <w:r w:rsidRPr="00442B05">
      <w:rPr>
        <w:sz w:val="16"/>
        <w:lang w:val="it-IT"/>
      </w:rPr>
      <w:t xml:space="preserve"> 2026/20</w:t>
    </w:r>
    <w:r w:rsidR="00675A50">
      <w:rPr>
        <w:sz w:val="16"/>
        <w:lang w:val="it-IT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AAC" w:rsidRDefault="00A60AAC">
      <w:pPr>
        <w:spacing w:after="0" w:line="240" w:lineRule="auto"/>
      </w:pPr>
      <w:r>
        <w:separator/>
      </w:r>
    </w:p>
  </w:footnote>
  <w:footnote w:type="continuationSeparator" w:id="0">
    <w:p w:rsidR="00A60AAC" w:rsidRDefault="00A6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19" w:rsidRPr="00442B05" w:rsidRDefault="004F2E19">
    <w:pPr>
      <w:pStyle w:val="Intestazione"/>
      <w:jc w:val="center"/>
      <w:rPr>
        <w:lang w:val="it-IT"/>
      </w:rPr>
    </w:pPr>
    <w:r w:rsidRPr="00442B05">
      <w:rPr>
        <w:sz w:val="16"/>
        <w:lang w:val="it-IT"/>
      </w:rPr>
      <w:t>Scuola Civica di Musica dei Comuni di Capoterra e Villa San Pietro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E86DEF"/>
    <w:multiLevelType w:val="hybridMultilevel"/>
    <w:tmpl w:val="A4BADE52"/>
    <w:lvl w:ilvl="0" w:tplc="22D21E02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63"/>
    <w:rsid w:val="0015074B"/>
    <w:rsid w:val="0029639D"/>
    <w:rsid w:val="002D5C2A"/>
    <w:rsid w:val="002E5858"/>
    <w:rsid w:val="002F371E"/>
    <w:rsid w:val="00326F90"/>
    <w:rsid w:val="00345FC0"/>
    <w:rsid w:val="00442B05"/>
    <w:rsid w:val="004467B2"/>
    <w:rsid w:val="004F2E19"/>
    <w:rsid w:val="00634729"/>
    <w:rsid w:val="006758DD"/>
    <w:rsid w:val="00675A50"/>
    <w:rsid w:val="006A56F7"/>
    <w:rsid w:val="0083524F"/>
    <w:rsid w:val="009E1DCE"/>
    <w:rsid w:val="00A60AAC"/>
    <w:rsid w:val="00AA1D8D"/>
    <w:rsid w:val="00B47730"/>
    <w:rsid w:val="00CB0664"/>
    <w:rsid w:val="00D032AC"/>
    <w:rsid w:val="00D66B7A"/>
    <w:rsid w:val="00D874A0"/>
    <w:rsid w:val="00E73407"/>
    <w:rsid w:val="00E91917"/>
    <w:rsid w:val="00F41D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E10C6"/>
  <w14:defaultImageDpi w14:val="300"/>
  <w15:docId w15:val="{174AAE13-F45E-0146-B158-F18249F5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C693F"/>
    <w:pPr>
      <w:spacing w:after="120" w:line="259" w:lineRule="auto"/>
    </w:pPr>
    <w:rPr>
      <w:rFonts w:ascii="Arial" w:eastAsia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366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3366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3366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17ED26-CDD9-804C-A03B-C8024701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Avviso pubblico selezione docenti - quinquennio 2026/2027-2030/2031</vt:lpstr>
      <vt:lpstr/>
    </vt:vector>
  </TitlesOfParts>
  <Manager/>
  <Company/>
  <LinksUpToDate>false</LinksUpToDate>
  <CharactersWithSpaces>7660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selezione docenti - quinquennio 2026/2027-2030/2031</dc:title>
  <dc:subject/>
  <dc:creator>python-docx</dc:creator>
  <cp:keywords/>
  <dc:description>generated by python-docx</dc:description>
  <cp:lastModifiedBy>Microsoft Office User</cp:lastModifiedBy>
  <cp:revision>2</cp:revision>
  <dcterms:created xsi:type="dcterms:W3CDTF">2026-07-28T06:46:00Z</dcterms:created>
  <dcterms:modified xsi:type="dcterms:W3CDTF">2026-07-28T06:46:00Z</dcterms:modified>
  <cp:category/>
</cp:coreProperties>
</file>