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10707" w14:textId="0ED2F400" w:rsidR="00945C26" w:rsidRDefault="00945C26">
      <w:pPr>
        <w:jc w:val="center"/>
      </w:pPr>
    </w:p>
    <w:p w14:paraId="09377F8C" w14:textId="77777777" w:rsidR="00945C26" w:rsidRPr="005C501B" w:rsidRDefault="00000000">
      <w:pPr>
        <w:jc w:val="center"/>
        <w:rPr>
          <w:rFonts w:asciiTheme="majorHAnsi" w:hAnsiTheme="majorHAnsi" w:cstheme="majorHAnsi"/>
          <w:sz w:val="40"/>
          <w:szCs w:val="48"/>
          <w:lang w:val="it-IT"/>
        </w:rPr>
      </w:pPr>
      <w:r w:rsidRPr="005C501B">
        <w:rPr>
          <w:rFonts w:asciiTheme="majorHAnsi" w:hAnsiTheme="majorHAnsi" w:cstheme="majorHAnsi"/>
          <w:b/>
          <w:sz w:val="40"/>
          <w:szCs w:val="48"/>
          <w:lang w:val="it-IT"/>
        </w:rPr>
        <w:t>COMUNITÀ MONTANA VALLO DI DIANO</w:t>
      </w:r>
    </w:p>
    <w:p w14:paraId="3124D5D5" w14:textId="77777777" w:rsidR="00945C26" w:rsidRPr="005C501B" w:rsidRDefault="00000000">
      <w:pPr>
        <w:jc w:val="center"/>
        <w:rPr>
          <w:lang w:val="it-IT"/>
        </w:rPr>
      </w:pPr>
      <w:r w:rsidRPr="005C501B">
        <w:rPr>
          <w:b/>
          <w:sz w:val="28"/>
          <w:lang w:val="it-IT"/>
        </w:rPr>
        <w:t>ALLEGATO A – DOMANDA DI PARTECIPAZIONE</w:t>
      </w:r>
    </w:p>
    <w:p w14:paraId="6D2C1A27" w14:textId="77777777" w:rsidR="00945C26" w:rsidRPr="005C501B" w:rsidRDefault="00000000">
      <w:pPr>
        <w:jc w:val="center"/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>Selezione di n. 60 destinatari dei quattro percorsi formativi</w:t>
      </w:r>
    </w:p>
    <w:p w14:paraId="4FF438D6" w14:textId="77777777" w:rsidR="00945C26" w:rsidRPr="005C501B" w:rsidRDefault="00000000" w:rsidP="005C501B">
      <w:pPr>
        <w:jc w:val="center"/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>Progetto “ACCOGLIERE PER INTEGRARE” • PR Campania FSE+ 2021–2027 • Priorità 3 • ESO4.8 • Azione 3.h.5 • CUP D44H25000860002</w:t>
      </w:r>
    </w:p>
    <w:p w14:paraId="3E281DC9" w14:textId="77777777" w:rsidR="005C501B" w:rsidRDefault="005C501B">
      <w:pPr>
        <w:rPr>
          <w:lang w:val="it-IT"/>
        </w:rPr>
      </w:pPr>
    </w:p>
    <w:p w14:paraId="6AAC6DA2" w14:textId="77777777" w:rsidR="005C501B" w:rsidRPr="005C501B" w:rsidRDefault="00000000" w:rsidP="005C501B">
      <w:pPr>
        <w:jc w:val="right"/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 xml:space="preserve">Al Responsabile competente della Comunità Montana Vallo di Diano – </w:t>
      </w:r>
    </w:p>
    <w:p w14:paraId="67354E85" w14:textId="240B9052" w:rsidR="00945C26" w:rsidRPr="005C501B" w:rsidRDefault="00000000" w:rsidP="005C501B">
      <w:pPr>
        <w:jc w:val="right"/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>Loc. Vascella, 84034 Padula (SA)</w:t>
      </w:r>
    </w:p>
    <w:p w14:paraId="031229EC" w14:textId="77777777" w:rsidR="00945C26" w:rsidRPr="005C501B" w:rsidRDefault="00000000">
      <w:pPr>
        <w:pStyle w:val="Titolo2"/>
        <w:rPr>
          <w:lang w:val="it-IT"/>
        </w:rPr>
      </w:pPr>
      <w:r w:rsidRPr="005C501B">
        <w:rPr>
          <w:lang w:val="it-IT"/>
        </w:rPr>
        <w:t>1. Dati del richiedente</w:t>
      </w:r>
    </w:p>
    <w:p w14:paraId="0AD167C0" w14:textId="77777777" w:rsidR="005C501B" w:rsidRDefault="005C501B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</w:p>
    <w:p w14:paraId="6ADF01E6" w14:textId="573E445C" w:rsidR="00945C26" w:rsidRPr="005C501B" w:rsidRDefault="00000000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 xml:space="preserve">Cognome ______________________________ Nome </w:t>
      </w:r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ab/>
      </w:r>
    </w:p>
    <w:p w14:paraId="0858B31F" w14:textId="41C843F5" w:rsidR="00945C26" w:rsidRPr="005C501B" w:rsidRDefault="00000000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>Nato/a a ____________________ Stato ____________________ Data</w:t>
      </w:r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ab/>
      </w:r>
    </w:p>
    <w:p w14:paraId="4DDC594B" w14:textId="3AE3E79E" w:rsidR="00945C26" w:rsidRPr="005C501B" w:rsidRDefault="00000000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 xml:space="preserve">Cittadinanza ______________________________ Codice fiscale </w:t>
      </w:r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ab/>
      </w:r>
    </w:p>
    <w:p w14:paraId="195A7275" w14:textId="54397B87" w:rsidR="00945C26" w:rsidRPr="005C501B" w:rsidRDefault="00000000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 xml:space="preserve">Domicilio __________________________ Comune __________________ CAP </w:t>
      </w:r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ab/>
      </w:r>
    </w:p>
    <w:p w14:paraId="3DE5AEAC" w14:textId="3C44CFCC" w:rsidR="00945C26" w:rsidRPr="005C501B" w:rsidRDefault="00000000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 xml:space="preserve">Telefono ______________________ Email </w:t>
      </w:r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ab/>
      </w:r>
    </w:p>
    <w:p w14:paraId="2F6AD0DB" w14:textId="0ABF493C" w:rsidR="00945C26" w:rsidRDefault="00000000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 xml:space="preserve">Recapito per comunicazioni (se diverso) </w:t>
      </w:r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ab/>
      </w:r>
    </w:p>
    <w:p w14:paraId="101E876E" w14:textId="77777777" w:rsidR="005C501B" w:rsidRPr="005C501B" w:rsidRDefault="005C501B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</w:p>
    <w:p w14:paraId="2FDB2944" w14:textId="77777777" w:rsidR="00945C26" w:rsidRPr="005C501B" w:rsidRDefault="00000000">
      <w:pPr>
        <w:pStyle w:val="Titolo2"/>
        <w:rPr>
          <w:lang w:val="it-IT"/>
        </w:rPr>
      </w:pPr>
      <w:r w:rsidRPr="005C501B">
        <w:rPr>
          <w:lang w:val="it-IT"/>
        </w:rPr>
        <w:t>2. Corso per cui si presenta la domanda</w:t>
      </w:r>
    </w:p>
    <w:p w14:paraId="36EDB1AB" w14:textId="77777777" w:rsidR="005C501B" w:rsidRDefault="005C501B">
      <w:pPr>
        <w:rPr>
          <w:rFonts w:asciiTheme="majorHAnsi" w:hAnsiTheme="majorHAnsi" w:cstheme="majorHAnsi"/>
          <w:sz w:val="24"/>
          <w:szCs w:val="32"/>
          <w:lang w:val="it-IT"/>
        </w:rPr>
      </w:pPr>
    </w:p>
    <w:p w14:paraId="591B40CA" w14:textId="77777777" w:rsidR="005C501B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 xml:space="preserve">Indicare una prima preferenza (obbligatoria) ed eventualmente una seconda. </w:t>
      </w:r>
    </w:p>
    <w:p w14:paraId="05CAE907" w14:textId="57C5C4C9" w:rsidR="00945C26" w:rsidRPr="005C501B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>La seconda preferenza non comporta assegnazione automatica.</w:t>
      </w:r>
    </w:p>
    <w:p w14:paraId="545A646B" w14:textId="1C899CC9" w:rsidR="00945C26" w:rsidRPr="005C501B" w:rsidRDefault="00000000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  <w:sdt>
        <w:sdtPr>
          <w:rPr>
            <w:rFonts w:asciiTheme="majorHAnsi" w:hAnsiTheme="majorHAnsi" w:cstheme="majorHAnsi"/>
            <w:sz w:val="24"/>
            <w:szCs w:val="32"/>
            <w:lang w:val="it-IT"/>
          </w:rPr>
          <w:id w:val="342296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501B" w:rsidRPr="005C501B">
            <w:rPr>
              <w:rFonts w:ascii="Segoe UI Symbol" w:eastAsia="MS Gothic" w:hAnsi="Segoe UI Symbol" w:cs="Segoe UI Symbol"/>
              <w:sz w:val="24"/>
              <w:szCs w:val="32"/>
              <w:lang w:val="it-IT"/>
            </w:rPr>
            <w:t>☐</w:t>
          </w:r>
        </w:sdtContent>
      </w:sdt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>Addetto all’allestimento e rifornimento degli scaffali – 250 ore, 15 posti, EQF 2</w:t>
      </w:r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ab/>
      </w:r>
    </w:p>
    <w:p w14:paraId="2ACB4386" w14:textId="37E6A0DC" w:rsidR="00945C26" w:rsidRPr="005C501B" w:rsidRDefault="00000000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  <w:sdt>
        <w:sdtPr>
          <w:rPr>
            <w:rFonts w:asciiTheme="majorHAnsi" w:hAnsiTheme="majorHAnsi" w:cstheme="majorHAnsi"/>
            <w:sz w:val="24"/>
            <w:szCs w:val="32"/>
            <w:lang w:val="it-IT"/>
          </w:rPr>
          <w:id w:val="-935599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501B" w:rsidRPr="005C501B">
            <w:rPr>
              <w:rFonts w:ascii="Segoe UI Symbol" w:eastAsia="MS Gothic" w:hAnsi="Segoe UI Symbol" w:cs="Segoe UI Symbol"/>
              <w:sz w:val="24"/>
              <w:szCs w:val="32"/>
              <w:lang w:val="it-IT"/>
            </w:rPr>
            <w:t>☐</w:t>
          </w:r>
        </w:sdtContent>
      </w:sdt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>Operatore della produzione artigianale di prodotti di panetteria – 300 ore, 15 posti, EQF 3</w:t>
      </w:r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ab/>
      </w:r>
    </w:p>
    <w:p w14:paraId="52EA3FAC" w14:textId="4041778F" w:rsidR="00945C26" w:rsidRPr="005C501B" w:rsidRDefault="00000000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  <w:sdt>
        <w:sdtPr>
          <w:rPr>
            <w:rFonts w:asciiTheme="majorHAnsi" w:hAnsiTheme="majorHAnsi" w:cstheme="majorHAnsi"/>
            <w:sz w:val="24"/>
            <w:szCs w:val="32"/>
            <w:lang w:val="it-IT"/>
          </w:rPr>
          <w:id w:val="1582186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501B" w:rsidRPr="005C501B">
            <w:rPr>
              <w:rFonts w:ascii="Segoe UI Symbol" w:eastAsia="MS Gothic" w:hAnsi="Segoe UI Symbol" w:cs="Segoe UI Symbol"/>
              <w:sz w:val="24"/>
              <w:szCs w:val="32"/>
              <w:lang w:val="it-IT"/>
            </w:rPr>
            <w:t>☐</w:t>
          </w:r>
        </w:sdtContent>
      </w:sdt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>Operatore agricolo – 300 ore, 15 posti, EQF 3</w:t>
      </w:r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ab/>
      </w:r>
    </w:p>
    <w:p w14:paraId="7F999B12" w14:textId="20350019" w:rsidR="00945C26" w:rsidRPr="005C501B" w:rsidRDefault="00000000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  <w:sdt>
        <w:sdtPr>
          <w:rPr>
            <w:rFonts w:asciiTheme="majorHAnsi" w:hAnsiTheme="majorHAnsi" w:cstheme="majorHAnsi"/>
            <w:sz w:val="24"/>
            <w:szCs w:val="32"/>
            <w:lang w:val="it-IT"/>
          </w:rPr>
          <w:id w:val="-831758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501B" w:rsidRPr="005C501B">
            <w:rPr>
              <w:rFonts w:ascii="Segoe UI Symbol" w:eastAsia="MS Gothic" w:hAnsi="Segoe UI Symbol" w:cs="Segoe UI Symbol"/>
              <w:sz w:val="24"/>
              <w:szCs w:val="32"/>
              <w:lang w:val="it-IT"/>
            </w:rPr>
            <w:t>☐</w:t>
          </w:r>
        </w:sdtContent>
      </w:sdt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>Addetto alla cura e pulizia di spazi ed ambienti – 200 ore, 15 posti, EQF 2</w:t>
      </w:r>
      <w:r w:rsidR="005C501B" w:rsidRPr="005C501B">
        <w:rPr>
          <w:rFonts w:asciiTheme="majorHAnsi" w:hAnsiTheme="majorHAnsi" w:cstheme="majorHAnsi"/>
          <w:sz w:val="24"/>
          <w:szCs w:val="32"/>
          <w:lang w:val="it-IT"/>
        </w:rPr>
        <w:tab/>
      </w:r>
    </w:p>
    <w:p w14:paraId="35973887" w14:textId="77777777" w:rsidR="005C501B" w:rsidRDefault="005C501B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</w:p>
    <w:p w14:paraId="5B303A75" w14:textId="77777777" w:rsidR="005C501B" w:rsidRDefault="005C501B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</w:p>
    <w:p w14:paraId="42DF0FD4" w14:textId="056051D6" w:rsidR="00945C26" w:rsidRPr="005C501B" w:rsidRDefault="00000000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>Prima preferenza (denominazione): ______________________________________________</w:t>
      </w:r>
    </w:p>
    <w:p w14:paraId="026F0F76" w14:textId="22A7A442" w:rsidR="00945C26" w:rsidRPr="005C501B" w:rsidRDefault="00000000" w:rsidP="005C501B">
      <w:pPr>
        <w:tabs>
          <w:tab w:val="left" w:leader="underscore" w:pos="9072"/>
        </w:tabs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>Seconda preferenza (facoltativa): ________________________________________________</w:t>
      </w:r>
    </w:p>
    <w:p w14:paraId="79B0D45E" w14:textId="77777777" w:rsidR="00945C26" w:rsidRPr="005C501B" w:rsidRDefault="00000000">
      <w:pPr>
        <w:pStyle w:val="Titolo2"/>
        <w:rPr>
          <w:lang w:val="it-IT"/>
        </w:rPr>
      </w:pPr>
      <w:r w:rsidRPr="005C501B">
        <w:rPr>
          <w:lang w:val="it-IT"/>
        </w:rPr>
        <w:t>3. Dichiarazioni sui requisiti</w:t>
      </w:r>
    </w:p>
    <w:p w14:paraId="75C8D2D0" w14:textId="77777777" w:rsidR="005C501B" w:rsidRDefault="005C501B">
      <w:pPr>
        <w:rPr>
          <w:lang w:val="it-IT"/>
        </w:rPr>
      </w:pPr>
    </w:p>
    <w:p w14:paraId="0FD00454" w14:textId="643F91CA" w:rsidR="00945C26" w:rsidRPr="005C501B" w:rsidRDefault="00000000" w:rsidP="005C501B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  <w:r w:rsidRPr="005C501B">
        <w:rPr>
          <w:rFonts w:asciiTheme="majorHAnsi" w:hAnsiTheme="majorHAnsi" w:cstheme="majorHAnsi"/>
          <w:sz w:val="24"/>
          <w:szCs w:val="32"/>
          <w:lang w:val="it-IT"/>
        </w:rPr>
        <w:t>Il/La sottoscritto/a, consapevole delle responsabilità previste dagli artt. 75 e 76 del D.P.R. 445/2000 per dichiarazioni non veritiere, dichiara, per quanto dichiarabile ai sensi della normativa applicabile:</w:t>
      </w:r>
    </w:p>
    <w:p w14:paraId="639F4881" w14:textId="53C3E645" w:rsidR="005C501B" w:rsidRDefault="00000000" w:rsidP="005C501B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  <w:sdt>
        <w:sdtPr>
          <w:rPr>
            <w:rFonts w:asciiTheme="majorHAnsi" w:hAnsiTheme="majorHAnsi" w:cstheme="majorHAnsi"/>
            <w:sz w:val="24"/>
            <w:szCs w:val="32"/>
            <w:lang w:val="it-IT"/>
          </w:rPr>
          <w:id w:val="-733929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838">
            <w:rPr>
              <w:rFonts w:ascii="MS Gothic" w:eastAsia="MS Gothic" w:hAnsi="MS Gothic" w:cstheme="majorHAnsi" w:hint="eastAsia"/>
              <w:sz w:val="24"/>
              <w:szCs w:val="32"/>
              <w:lang w:val="it-IT"/>
            </w:rPr>
            <w:t>☐</w:t>
          </w:r>
        </w:sdtContent>
      </w:sdt>
      <w:r w:rsidR="00FB7838" w:rsidRPr="005C501B">
        <w:rPr>
          <w:rFonts w:asciiTheme="majorHAnsi" w:hAnsiTheme="majorHAnsi" w:cstheme="majorHAnsi"/>
          <w:sz w:val="24"/>
          <w:szCs w:val="32"/>
          <w:lang w:val="it-IT"/>
        </w:rPr>
        <w:t xml:space="preserve"> di appartenere a una categoria ammissibile secondo l’Avviso P.I.A. e il progetto approvato: </w:t>
      </w:r>
    </w:p>
    <w:p w14:paraId="46AFF45F" w14:textId="7ADB36FD" w:rsidR="005C501B" w:rsidRDefault="00000000" w:rsidP="005C501B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  <w:sdt>
        <w:sdtPr>
          <w:rPr>
            <w:rFonts w:asciiTheme="majorHAnsi" w:hAnsiTheme="majorHAnsi" w:cstheme="majorHAnsi"/>
            <w:sz w:val="24"/>
            <w:szCs w:val="32"/>
            <w:lang w:val="it-IT"/>
          </w:rPr>
          <w:id w:val="-1164324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838">
            <w:rPr>
              <w:rFonts w:ascii="MS Gothic" w:eastAsia="MS Gothic" w:hAnsi="MS Gothic" w:cstheme="majorHAnsi" w:hint="eastAsia"/>
              <w:sz w:val="24"/>
              <w:szCs w:val="32"/>
              <w:lang w:val="it-IT"/>
            </w:rPr>
            <w:t>☐</w:t>
          </w:r>
        </w:sdtContent>
      </w:sdt>
      <w:r w:rsidR="00FB7838" w:rsidRPr="005C501B">
        <w:rPr>
          <w:rFonts w:asciiTheme="majorHAnsi" w:hAnsiTheme="majorHAnsi" w:cstheme="majorHAnsi"/>
          <w:sz w:val="24"/>
          <w:szCs w:val="32"/>
          <w:lang w:val="it-IT"/>
        </w:rPr>
        <w:t xml:space="preserve">titolare di protezione internazionale </w:t>
      </w:r>
      <w:r w:rsidR="00FB7838" w:rsidRPr="005C501B">
        <w:rPr>
          <w:rFonts w:ascii="Segoe UI Symbol" w:hAnsi="Segoe UI Symbol" w:cs="Segoe UI Symbol"/>
          <w:sz w:val="24"/>
          <w:szCs w:val="32"/>
          <w:lang w:val="it-IT"/>
        </w:rPr>
        <w:t>☐</w:t>
      </w:r>
      <w:r w:rsidR="00FB7838" w:rsidRPr="005C501B">
        <w:rPr>
          <w:rFonts w:asciiTheme="majorHAnsi" w:hAnsiTheme="majorHAnsi" w:cstheme="majorHAnsi"/>
          <w:sz w:val="24"/>
          <w:szCs w:val="32"/>
          <w:lang w:val="it-IT"/>
        </w:rPr>
        <w:t xml:space="preserve"> neomaggiorenne presente nel SAI </w:t>
      </w:r>
    </w:p>
    <w:p w14:paraId="3A42BD65" w14:textId="7ECD13EE" w:rsidR="00945C26" w:rsidRPr="005C501B" w:rsidRDefault="00000000" w:rsidP="005C501B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  <w:sdt>
        <w:sdtPr>
          <w:rPr>
            <w:rFonts w:asciiTheme="majorHAnsi" w:hAnsiTheme="majorHAnsi" w:cstheme="majorHAnsi"/>
            <w:sz w:val="24"/>
            <w:szCs w:val="32"/>
            <w:lang w:val="it-IT"/>
          </w:rPr>
          <w:id w:val="-899830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838">
            <w:rPr>
              <w:rFonts w:ascii="MS Gothic" w:eastAsia="MS Gothic" w:hAnsi="MS Gothic" w:cstheme="majorHAnsi" w:hint="eastAsia"/>
              <w:sz w:val="24"/>
              <w:szCs w:val="32"/>
              <w:lang w:val="it-IT"/>
            </w:rPr>
            <w:t>☐</w:t>
          </w:r>
        </w:sdtContent>
      </w:sdt>
      <w:r w:rsidR="005C501B">
        <w:rPr>
          <w:rFonts w:asciiTheme="majorHAnsi" w:hAnsiTheme="majorHAnsi" w:cstheme="majorHAnsi"/>
          <w:sz w:val="24"/>
          <w:szCs w:val="32"/>
          <w:lang w:val="it-IT"/>
        </w:rPr>
        <w:t>Cittadino di Paese Terzo regolarmente present</w:t>
      </w:r>
      <w:r w:rsidR="00E47CFD">
        <w:rPr>
          <w:rFonts w:asciiTheme="majorHAnsi" w:hAnsiTheme="majorHAnsi" w:cstheme="majorHAnsi"/>
          <w:sz w:val="24"/>
          <w:szCs w:val="32"/>
          <w:lang w:val="it-IT"/>
        </w:rPr>
        <w:t>e</w:t>
      </w:r>
    </w:p>
    <w:p w14:paraId="2D688BFB" w14:textId="703771F4" w:rsidR="00945C26" w:rsidRPr="005C501B" w:rsidRDefault="00000000" w:rsidP="005C501B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  <w:sdt>
        <w:sdtPr>
          <w:rPr>
            <w:rFonts w:asciiTheme="majorHAnsi" w:hAnsiTheme="majorHAnsi" w:cstheme="majorHAnsi"/>
            <w:sz w:val="24"/>
            <w:szCs w:val="32"/>
            <w:lang w:val="it-IT"/>
          </w:rPr>
          <w:id w:val="-1533958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838">
            <w:rPr>
              <w:rFonts w:ascii="MS Gothic" w:eastAsia="MS Gothic" w:hAnsi="MS Gothic" w:cstheme="majorHAnsi" w:hint="eastAsia"/>
              <w:sz w:val="24"/>
              <w:szCs w:val="32"/>
              <w:lang w:val="it-IT"/>
            </w:rPr>
            <w:t>☐</w:t>
          </w:r>
        </w:sdtContent>
      </w:sdt>
      <w:r w:rsidR="00FB7838" w:rsidRPr="005C501B">
        <w:rPr>
          <w:rFonts w:asciiTheme="majorHAnsi" w:hAnsiTheme="majorHAnsi" w:cstheme="majorHAnsi"/>
          <w:sz w:val="24"/>
          <w:szCs w:val="32"/>
          <w:lang w:val="it-IT"/>
        </w:rPr>
        <w:t>di possedere documentazione valida attestante la propria condizione e la regolarità del soggiorno: tipo __________________________ scadenza ____________;</w:t>
      </w:r>
    </w:p>
    <w:p w14:paraId="1ECEF02E" w14:textId="5EACB9DF" w:rsidR="00945C26" w:rsidRPr="005C501B" w:rsidRDefault="00000000" w:rsidP="005C501B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  <w:sdt>
        <w:sdtPr>
          <w:rPr>
            <w:rFonts w:asciiTheme="majorHAnsi" w:hAnsiTheme="majorHAnsi" w:cstheme="majorHAnsi"/>
            <w:sz w:val="24"/>
            <w:szCs w:val="32"/>
            <w:lang w:val="it-IT"/>
          </w:rPr>
          <w:id w:val="1103388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838">
            <w:rPr>
              <w:rFonts w:ascii="MS Gothic" w:eastAsia="MS Gothic" w:hAnsi="MS Gothic" w:cstheme="majorHAnsi" w:hint="eastAsia"/>
              <w:sz w:val="24"/>
              <w:szCs w:val="32"/>
              <w:lang w:val="it-IT"/>
            </w:rPr>
            <w:t>☐</w:t>
          </w:r>
        </w:sdtContent>
      </w:sdt>
      <w:r w:rsidR="00FB7838" w:rsidRPr="005C501B">
        <w:rPr>
          <w:rFonts w:asciiTheme="majorHAnsi" w:hAnsiTheme="majorHAnsi" w:cstheme="majorHAnsi"/>
          <w:sz w:val="24"/>
          <w:szCs w:val="32"/>
          <w:lang w:val="it-IT"/>
        </w:rPr>
        <w:t xml:space="preserve"> di aver assolto l’obbligo di istruzione o di trovarsi nelle condizioni di accesso previste dallo standard del percorso formativo; titolo ______________________ Paese ______________________;</w:t>
      </w:r>
    </w:p>
    <w:p w14:paraId="03E0DFF1" w14:textId="6BE76F1F" w:rsidR="00945C26" w:rsidRPr="005C501B" w:rsidRDefault="00000000" w:rsidP="005C501B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  <w:sdt>
        <w:sdtPr>
          <w:rPr>
            <w:rFonts w:asciiTheme="majorHAnsi" w:hAnsiTheme="majorHAnsi" w:cstheme="majorHAnsi"/>
            <w:sz w:val="24"/>
            <w:szCs w:val="32"/>
            <w:lang w:val="it-IT"/>
          </w:rPr>
          <w:id w:val="851774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838">
            <w:rPr>
              <w:rFonts w:ascii="MS Gothic" w:eastAsia="MS Gothic" w:hAnsi="MS Gothic" w:cstheme="majorHAnsi" w:hint="eastAsia"/>
              <w:sz w:val="24"/>
              <w:szCs w:val="32"/>
              <w:lang w:val="it-IT"/>
            </w:rPr>
            <w:t>☐</w:t>
          </w:r>
        </w:sdtContent>
      </w:sdt>
      <w:r w:rsidR="00FB7838" w:rsidRPr="005C501B">
        <w:rPr>
          <w:rFonts w:asciiTheme="majorHAnsi" w:hAnsiTheme="majorHAnsi" w:cstheme="majorHAnsi"/>
          <w:sz w:val="24"/>
          <w:szCs w:val="32"/>
          <w:lang w:val="it-IT"/>
        </w:rPr>
        <w:t xml:space="preserve">di possedere una conoscenza della lingua italiana almeno A2 QCER, attestata da ____________________ oppure </w:t>
      </w:r>
      <w:r w:rsidR="00FB7838" w:rsidRPr="005C501B">
        <w:rPr>
          <w:rFonts w:ascii="Segoe UI Symbol" w:hAnsi="Segoe UI Symbol" w:cs="Segoe UI Symbol"/>
          <w:sz w:val="24"/>
          <w:szCs w:val="32"/>
          <w:lang w:val="it-IT"/>
        </w:rPr>
        <w:t>☐</w:t>
      </w:r>
      <w:r w:rsidR="00FB7838" w:rsidRPr="005C501B">
        <w:rPr>
          <w:rFonts w:asciiTheme="majorHAnsi" w:hAnsiTheme="majorHAnsi" w:cstheme="majorHAnsi"/>
          <w:sz w:val="24"/>
          <w:szCs w:val="32"/>
          <w:lang w:val="it-IT"/>
        </w:rPr>
        <w:t xml:space="preserve"> di chiedere la verifica mediante test d</w:t>
      </w:r>
      <w:r w:rsidR="00FB7838" w:rsidRPr="005C501B">
        <w:rPr>
          <w:rFonts w:ascii="Calibri" w:hAnsi="Calibri" w:cs="Calibri"/>
          <w:sz w:val="24"/>
          <w:szCs w:val="32"/>
          <w:lang w:val="it-IT"/>
        </w:rPr>
        <w:t>’</w:t>
      </w:r>
      <w:r w:rsidR="00FB7838" w:rsidRPr="005C501B">
        <w:rPr>
          <w:rFonts w:asciiTheme="majorHAnsi" w:hAnsiTheme="majorHAnsi" w:cstheme="majorHAnsi"/>
          <w:sz w:val="24"/>
          <w:szCs w:val="32"/>
          <w:lang w:val="it-IT"/>
        </w:rPr>
        <w:t>ingresso;</w:t>
      </w:r>
    </w:p>
    <w:p w14:paraId="64FBE21C" w14:textId="5EB1E07D" w:rsidR="00945C26" w:rsidRPr="005C501B" w:rsidRDefault="00000000" w:rsidP="005C501B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  <w:sdt>
        <w:sdtPr>
          <w:rPr>
            <w:rFonts w:asciiTheme="majorHAnsi" w:hAnsiTheme="majorHAnsi" w:cstheme="majorHAnsi"/>
            <w:sz w:val="24"/>
            <w:szCs w:val="32"/>
            <w:lang w:val="it-IT"/>
          </w:rPr>
          <w:id w:val="-711267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838">
            <w:rPr>
              <w:rFonts w:ascii="MS Gothic" w:eastAsia="MS Gothic" w:hAnsi="MS Gothic" w:cstheme="majorHAnsi" w:hint="eastAsia"/>
              <w:sz w:val="24"/>
              <w:szCs w:val="32"/>
              <w:lang w:val="it-IT"/>
            </w:rPr>
            <w:t>☐</w:t>
          </w:r>
        </w:sdtContent>
      </w:sdt>
      <w:r w:rsidR="00FB7838" w:rsidRPr="005C501B">
        <w:rPr>
          <w:rFonts w:asciiTheme="majorHAnsi" w:hAnsiTheme="majorHAnsi" w:cstheme="majorHAnsi"/>
          <w:sz w:val="24"/>
          <w:szCs w:val="32"/>
          <w:lang w:val="it-IT"/>
        </w:rPr>
        <w:t>di essere disponibile a frequentare il corso e a sottoporsi ai colloqui di orientamento e alle verifiche previste;</w:t>
      </w:r>
    </w:p>
    <w:p w14:paraId="2E1E49E7" w14:textId="5953EA28" w:rsidR="00945C26" w:rsidRPr="005C501B" w:rsidRDefault="00000000" w:rsidP="005C501B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  <w:sdt>
        <w:sdtPr>
          <w:rPr>
            <w:rFonts w:asciiTheme="majorHAnsi" w:hAnsiTheme="majorHAnsi" w:cstheme="majorHAnsi"/>
            <w:sz w:val="24"/>
            <w:szCs w:val="32"/>
            <w:lang w:val="it-IT"/>
          </w:rPr>
          <w:id w:val="-335617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838">
            <w:rPr>
              <w:rFonts w:ascii="MS Gothic" w:eastAsia="MS Gothic" w:hAnsi="MS Gothic" w:cstheme="majorHAnsi" w:hint="eastAsia"/>
              <w:sz w:val="24"/>
              <w:szCs w:val="32"/>
              <w:lang w:val="it-IT"/>
            </w:rPr>
            <w:t>☐</w:t>
          </w:r>
        </w:sdtContent>
      </w:sdt>
      <w:r w:rsidR="00FB7838" w:rsidRPr="005C501B">
        <w:rPr>
          <w:rFonts w:asciiTheme="majorHAnsi" w:hAnsiTheme="majorHAnsi" w:cstheme="majorHAnsi"/>
          <w:sz w:val="24"/>
          <w:szCs w:val="32"/>
          <w:lang w:val="it-IT"/>
        </w:rPr>
        <w:t>di non avere già ricevuto finanziamento pubblico per la medesima attività e il medesimo costo in modo incompatibile con le regole del progetto.</w:t>
      </w:r>
    </w:p>
    <w:p w14:paraId="5B05F4D0" w14:textId="77777777" w:rsidR="00945C26" w:rsidRPr="005C501B" w:rsidRDefault="00000000">
      <w:pPr>
        <w:pStyle w:val="Titolo2"/>
        <w:rPr>
          <w:lang w:val="it-IT"/>
        </w:rPr>
      </w:pPr>
      <w:r w:rsidRPr="005C501B">
        <w:rPr>
          <w:lang w:val="it-IT"/>
        </w:rPr>
        <w:t>4. Elementi utili alla valutazione (da documentare o verificare)</w:t>
      </w:r>
    </w:p>
    <w:p w14:paraId="6940C4D6" w14:textId="77777777" w:rsidR="00FB7838" w:rsidRDefault="00FB7838">
      <w:pPr>
        <w:rPr>
          <w:lang w:val="it-IT"/>
        </w:rPr>
      </w:pPr>
    </w:p>
    <w:p w14:paraId="0E8DBDDC" w14:textId="034AD7AD" w:rsidR="00945C26" w:rsidRPr="00FB7838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Theme="majorHAnsi" w:hAnsiTheme="majorHAnsi" w:cstheme="majorHAnsi"/>
          <w:sz w:val="24"/>
          <w:szCs w:val="32"/>
          <w:lang w:val="it-IT"/>
        </w:rPr>
        <w:t xml:space="preserve">Situazione lavorativa alla data di candidatura: </w:t>
      </w:r>
      <w:r w:rsidRPr="00FB7838">
        <w:rPr>
          <w:rFonts w:ascii="Segoe UI Symbol" w:hAnsi="Segoe UI Symbol" w:cs="Segoe UI Symbol"/>
          <w:sz w:val="24"/>
          <w:szCs w:val="32"/>
          <w:lang w:val="it-IT"/>
        </w:rPr>
        <w:t>☐</w:t>
      </w:r>
      <w:r w:rsidRPr="00FB7838">
        <w:rPr>
          <w:rFonts w:asciiTheme="majorHAnsi" w:hAnsiTheme="majorHAnsi" w:cstheme="majorHAnsi"/>
          <w:sz w:val="24"/>
          <w:szCs w:val="32"/>
          <w:lang w:val="it-IT"/>
        </w:rPr>
        <w:t xml:space="preserve"> senza occupazione </w:t>
      </w:r>
      <w:r w:rsidRPr="00FB7838">
        <w:rPr>
          <w:rFonts w:ascii="Segoe UI Symbol" w:hAnsi="Segoe UI Symbol" w:cs="Segoe UI Symbol"/>
          <w:sz w:val="24"/>
          <w:szCs w:val="32"/>
          <w:lang w:val="it-IT"/>
        </w:rPr>
        <w:t>☐</w:t>
      </w:r>
      <w:r w:rsidRPr="00FB7838">
        <w:rPr>
          <w:rFonts w:asciiTheme="majorHAnsi" w:hAnsiTheme="majorHAnsi" w:cstheme="majorHAnsi"/>
          <w:sz w:val="24"/>
          <w:szCs w:val="32"/>
          <w:lang w:val="it-IT"/>
        </w:rPr>
        <w:t xml:space="preserve"> occupazione saltuaria/precaria </w:t>
      </w:r>
      <w:r w:rsidRPr="00FB7838">
        <w:rPr>
          <w:rFonts w:ascii="Segoe UI Symbol" w:hAnsi="Segoe UI Symbol" w:cs="Segoe UI Symbol"/>
          <w:sz w:val="24"/>
          <w:szCs w:val="32"/>
          <w:lang w:val="it-IT"/>
        </w:rPr>
        <w:t>☐</w:t>
      </w:r>
      <w:r w:rsidRPr="00FB7838">
        <w:rPr>
          <w:rFonts w:asciiTheme="majorHAnsi" w:hAnsiTheme="majorHAnsi" w:cstheme="majorHAnsi"/>
          <w:sz w:val="24"/>
          <w:szCs w:val="32"/>
          <w:lang w:val="it-IT"/>
        </w:rPr>
        <w:t xml:space="preserve"> occupato/a </w:t>
      </w:r>
      <w:r w:rsidRPr="00FB7838">
        <w:rPr>
          <w:rFonts w:ascii="Segoe UI Symbol" w:hAnsi="Segoe UI Symbol" w:cs="Segoe UI Symbol"/>
          <w:sz w:val="24"/>
          <w:szCs w:val="32"/>
          <w:lang w:val="it-IT"/>
        </w:rPr>
        <w:t>☐</w:t>
      </w:r>
      <w:r w:rsidRPr="00FB7838">
        <w:rPr>
          <w:rFonts w:asciiTheme="majorHAnsi" w:hAnsiTheme="majorHAnsi" w:cstheme="majorHAnsi"/>
          <w:sz w:val="24"/>
          <w:szCs w:val="32"/>
          <w:lang w:val="it-IT"/>
        </w:rPr>
        <w:t xml:space="preserve"> altro ____________</w:t>
      </w:r>
    </w:p>
    <w:p w14:paraId="6EB962C8" w14:textId="77777777" w:rsidR="00945C26" w:rsidRPr="00FB7838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Theme="majorHAnsi" w:hAnsiTheme="majorHAnsi" w:cstheme="majorHAnsi"/>
          <w:sz w:val="24"/>
          <w:szCs w:val="32"/>
          <w:lang w:val="it-IT"/>
        </w:rPr>
        <w:t>Ultima esperienza lavorativa (mansione e durata) __________________________________________</w:t>
      </w:r>
    </w:p>
    <w:p w14:paraId="590F85E5" w14:textId="77777777" w:rsidR="00945C26" w:rsidRPr="00FB7838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Theme="majorHAnsi" w:hAnsiTheme="majorHAnsi" w:cstheme="majorHAnsi"/>
          <w:sz w:val="24"/>
          <w:szCs w:val="32"/>
          <w:lang w:val="it-IT"/>
        </w:rPr>
        <w:t>Percorsi formativi già svolti ____________________________________________________________</w:t>
      </w:r>
    </w:p>
    <w:p w14:paraId="43908A1E" w14:textId="77777777" w:rsidR="00945C26" w:rsidRPr="00FB7838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Theme="majorHAnsi" w:hAnsiTheme="majorHAnsi" w:cstheme="majorHAnsi"/>
          <w:sz w:val="24"/>
          <w:szCs w:val="32"/>
          <w:lang w:val="it-IT"/>
        </w:rPr>
        <w:t>Breve motivazione e interesse per il corso _______________________________________________</w:t>
      </w:r>
    </w:p>
    <w:p w14:paraId="1B0F7844" w14:textId="77777777" w:rsidR="00945C26" w:rsidRPr="00FB7838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Theme="majorHAnsi" w:hAnsiTheme="majorHAnsi" w:cstheme="majorHAnsi"/>
          <w:sz w:val="24"/>
          <w:szCs w:val="32"/>
          <w:lang w:val="it-IT"/>
        </w:rPr>
        <w:t>___________________________________________________________________________________</w:t>
      </w:r>
    </w:p>
    <w:p w14:paraId="22992601" w14:textId="77777777" w:rsidR="00FB7838" w:rsidRDefault="00FB7838">
      <w:pPr>
        <w:rPr>
          <w:rFonts w:asciiTheme="majorHAnsi" w:hAnsiTheme="majorHAnsi" w:cstheme="majorHAnsi"/>
          <w:sz w:val="24"/>
          <w:szCs w:val="32"/>
          <w:lang w:val="it-IT"/>
        </w:rPr>
      </w:pPr>
    </w:p>
    <w:p w14:paraId="3B859A9A" w14:textId="1606EC04" w:rsidR="00945C26" w:rsidRPr="00FB7838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Theme="majorHAnsi" w:hAnsiTheme="majorHAnsi" w:cstheme="majorHAnsi"/>
          <w:sz w:val="24"/>
          <w:szCs w:val="32"/>
          <w:lang w:val="it-IT"/>
        </w:rPr>
        <w:lastRenderedPageBreak/>
        <w:t>Eventuali ostacoli alla partecipazione su cui si chiede supporto (facoltativo): ___________________</w:t>
      </w:r>
    </w:p>
    <w:p w14:paraId="0F88CDE1" w14:textId="6DDEC351" w:rsidR="00945C26" w:rsidRPr="00FB7838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Theme="majorHAnsi" w:hAnsiTheme="majorHAnsi" w:cstheme="majorHAnsi"/>
          <w:sz w:val="24"/>
          <w:szCs w:val="32"/>
          <w:lang w:val="it-IT"/>
        </w:rPr>
        <w:t>_________________________________________________________________________________</w:t>
      </w:r>
    </w:p>
    <w:p w14:paraId="0E4EF29B" w14:textId="77777777" w:rsidR="00945C26" w:rsidRDefault="00000000">
      <w:pPr>
        <w:pStyle w:val="Titolo2"/>
        <w:rPr>
          <w:lang w:val="it-IT"/>
        </w:rPr>
      </w:pPr>
      <w:r w:rsidRPr="005C501B">
        <w:rPr>
          <w:lang w:val="it-IT"/>
        </w:rPr>
        <w:t>5. Documenti allegati</w:t>
      </w:r>
    </w:p>
    <w:p w14:paraId="6262C62C" w14:textId="77777777" w:rsidR="00FB7838" w:rsidRPr="00FB7838" w:rsidRDefault="00FB7838" w:rsidP="00FB7838">
      <w:pPr>
        <w:rPr>
          <w:lang w:val="it-IT"/>
        </w:rPr>
      </w:pPr>
    </w:p>
    <w:p w14:paraId="05BDCAD3" w14:textId="77777777" w:rsidR="00945C26" w:rsidRPr="00FB7838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="Segoe UI Symbol" w:hAnsi="Segoe UI Symbol" w:cs="Segoe UI Symbol"/>
          <w:sz w:val="24"/>
          <w:szCs w:val="32"/>
          <w:lang w:val="it-IT"/>
        </w:rPr>
        <w:t>☐</w:t>
      </w:r>
      <w:r w:rsidRPr="00FB7838">
        <w:rPr>
          <w:rFonts w:asciiTheme="majorHAnsi" w:hAnsiTheme="majorHAnsi" w:cstheme="majorHAnsi"/>
          <w:sz w:val="24"/>
          <w:szCs w:val="32"/>
          <w:lang w:val="it-IT"/>
        </w:rPr>
        <w:t xml:space="preserve"> Documento di riconoscimento o documento idoneo all’identificazione</w:t>
      </w:r>
    </w:p>
    <w:p w14:paraId="5D1AC210" w14:textId="77777777" w:rsidR="00945C26" w:rsidRPr="00FB7838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="Segoe UI Symbol" w:hAnsi="Segoe UI Symbol" w:cs="Segoe UI Symbol"/>
          <w:sz w:val="24"/>
          <w:szCs w:val="32"/>
          <w:lang w:val="it-IT"/>
        </w:rPr>
        <w:t>☐</w:t>
      </w:r>
      <w:r w:rsidRPr="00FB7838">
        <w:rPr>
          <w:rFonts w:asciiTheme="majorHAnsi" w:hAnsiTheme="majorHAnsi" w:cstheme="majorHAnsi"/>
          <w:sz w:val="24"/>
          <w:szCs w:val="32"/>
          <w:lang w:val="it-IT"/>
        </w:rPr>
        <w:t xml:space="preserve"> Documento relativo a soggiorno/status e appartenenza alla platea ammissibile</w:t>
      </w:r>
    </w:p>
    <w:p w14:paraId="6693CF9A" w14:textId="77777777" w:rsidR="00945C26" w:rsidRPr="00FB7838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="Segoe UI Symbol" w:hAnsi="Segoe UI Symbol" w:cs="Segoe UI Symbol"/>
          <w:sz w:val="24"/>
          <w:szCs w:val="32"/>
          <w:lang w:val="it-IT"/>
        </w:rPr>
        <w:t>☐</w:t>
      </w:r>
      <w:r w:rsidRPr="00FB7838">
        <w:rPr>
          <w:rFonts w:asciiTheme="majorHAnsi" w:hAnsiTheme="majorHAnsi" w:cstheme="majorHAnsi"/>
          <w:sz w:val="24"/>
          <w:szCs w:val="32"/>
          <w:lang w:val="it-IT"/>
        </w:rPr>
        <w:t xml:space="preserve"> Titolo di studio / documentazione sull’obbligo di istruzione / eventuali titoli esteri</w:t>
      </w:r>
    </w:p>
    <w:p w14:paraId="4F904772" w14:textId="77777777" w:rsidR="00945C26" w:rsidRPr="00FB7838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="Segoe UI Symbol" w:hAnsi="Segoe UI Symbol" w:cs="Segoe UI Symbol"/>
          <w:sz w:val="24"/>
          <w:szCs w:val="32"/>
          <w:lang w:val="it-IT"/>
        </w:rPr>
        <w:t>☐</w:t>
      </w:r>
      <w:r w:rsidRPr="00FB7838">
        <w:rPr>
          <w:rFonts w:asciiTheme="majorHAnsi" w:hAnsiTheme="majorHAnsi" w:cstheme="majorHAnsi"/>
          <w:sz w:val="24"/>
          <w:szCs w:val="32"/>
          <w:lang w:val="it-IT"/>
        </w:rPr>
        <w:t xml:space="preserve"> Attestazione di italiano A2, se posseduta (altrimenti test da organizzare)</w:t>
      </w:r>
    </w:p>
    <w:p w14:paraId="6D11CDF5" w14:textId="77777777" w:rsidR="00945C26" w:rsidRPr="00FB7838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="Segoe UI Symbol" w:hAnsi="Segoe UI Symbol" w:cs="Segoe UI Symbol"/>
          <w:sz w:val="24"/>
          <w:szCs w:val="32"/>
          <w:lang w:val="it-IT"/>
        </w:rPr>
        <w:t>☐</w:t>
      </w:r>
      <w:r w:rsidRPr="00FB7838">
        <w:rPr>
          <w:rFonts w:asciiTheme="majorHAnsi" w:hAnsiTheme="majorHAnsi" w:cstheme="majorHAnsi"/>
          <w:sz w:val="24"/>
          <w:szCs w:val="32"/>
          <w:lang w:val="it-IT"/>
        </w:rPr>
        <w:t xml:space="preserve"> Documentazione facoltativa a supporto dei criteri di valutazione</w:t>
      </w:r>
    </w:p>
    <w:p w14:paraId="5F171F45" w14:textId="77777777" w:rsidR="00945C26" w:rsidRPr="00FB7838" w:rsidRDefault="00000000">
      <w:pPr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="Segoe UI Symbol" w:hAnsi="Segoe UI Symbol" w:cs="Segoe UI Symbol"/>
          <w:sz w:val="24"/>
          <w:szCs w:val="32"/>
          <w:lang w:val="it-IT"/>
        </w:rPr>
        <w:t>☐</w:t>
      </w:r>
      <w:r w:rsidRPr="00FB7838">
        <w:rPr>
          <w:rFonts w:asciiTheme="majorHAnsi" w:hAnsiTheme="majorHAnsi" w:cstheme="majorHAnsi"/>
          <w:sz w:val="24"/>
          <w:szCs w:val="32"/>
          <w:lang w:val="it-IT"/>
        </w:rPr>
        <w:t xml:space="preserve"> Eventuale altra documentazione: __________________________________________</w:t>
      </w:r>
    </w:p>
    <w:p w14:paraId="1517903B" w14:textId="77777777" w:rsidR="00945C26" w:rsidRPr="005C501B" w:rsidRDefault="00000000">
      <w:pPr>
        <w:pStyle w:val="Titolo2"/>
        <w:rPr>
          <w:lang w:val="it-IT"/>
        </w:rPr>
      </w:pPr>
      <w:r w:rsidRPr="005C501B">
        <w:rPr>
          <w:lang w:val="it-IT"/>
        </w:rPr>
        <w:t>6. Informativa e sottoscrizione</w:t>
      </w:r>
    </w:p>
    <w:p w14:paraId="4D440A72" w14:textId="77777777" w:rsidR="00FB7838" w:rsidRDefault="00FB7838" w:rsidP="00FB7838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14:paraId="4404EC11" w14:textId="7992B285" w:rsidR="00945C26" w:rsidRPr="00FB7838" w:rsidRDefault="00000000" w:rsidP="00FB7838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Theme="majorHAnsi" w:hAnsiTheme="majorHAnsi" w:cstheme="majorHAnsi"/>
          <w:sz w:val="24"/>
          <w:szCs w:val="32"/>
          <w:lang w:val="it-IT"/>
        </w:rPr>
        <w:t>Dichiaro di aver ricevuto o preso visione dell’informativa privacy allegata all’Avviso e di essere informato/a che i dati saranno trattati per la selezione, gestione e rendicontazione delle attività.</w:t>
      </w:r>
    </w:p>
    <w:p w14:paraId="708720F0" w14:textId="77777777" w:rsidR="00FB7838" w:rsidRDefault="00FB7838" w:rsidP="00FB7838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14:paraId="0BE130B4" w14:textId="421D13A3" w:rsidR="00945C26" w:rsidRPr="00FB7838" w:rsidRDefault="00000000" w:rsidP="00FB7838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Theme="majorHAnsi" w:hAnsiTheme="majorHAnsi" w:cstheme="majorHAnsi"/>
          <w:sz w:val="24"/>
          <w:szCs w:val="32"/>
          <w:lang w:val="it-IT"/>
        </w:rPr>
        <w:t>Luogo __________________ Data ____/____/________ Firma ______________________________</w:t>
      </w:r>
    </w:p>
    <w:p w14:paraId="678A68EE" w14:textId="77777777" w:rsidR="00FB7838" w:rsidRDefault="00FB7838" w:rsidP="00FB7838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14:paraId="59162BC7" w14:textId="43E84E9F" w:rsidR="00945C26" w:rsidRPr="00FB7838" w:rsidRDefault="00000000" w:rsidP="00FB7838">
      <w:pPr>
        <w:jc w:val="both"/>
        <w:rPr>
          <w:rFonts w:asciiTheme="majorHAnsi" w:hAnsiTheme="majorHAnsi" w:cstheme="majorHAnsi"/>
          <w:sz w:val="24"/>
          <w:szCs w:val="32"/>
          <w:lang w:val="it-IT"/>
        </w:rPr>
      </w:pPr>
      <w:r w:rsidRPr="00FB7838">
        <w:rPr>
          <w:rFonts w:asciiTheme="majorHAnsi" w:hAnsiTheme="majorHAnsi" w:cstheme="majorHAnsi"/>
          <w:sz w:val="24"/>
          <w:szCs w:val="32"/>
          <w:lang w:val="it-IT"/>
        </w:rPr>
        <w:t xml:space="preserve">Spazio riservato all’ufficio: protocollo ________ data ________ </w:t>
      </w:r>
    </w:p>
    <w:sectPr w:rsidR="00945C26" w:rsidRPr="00FB7838" w:rsidSect="00034616">
      <w:headerReference w:type="default" r:id="rId8"/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449A6" w14:textId="77777777" w:rsidR="000F4904" w:rsidRDefault="000F4904" w:rsidP="005C501B">
      <w:pPr>
        <w:spacing w:after="0" w:line="240" w:lineRule="auto"/>
      </w:pPr>
      <w:r>
        <w:separator/>
      </w:r>
    </w:p>
  </w:endnote>
  <w:endnote w:type="continuationSeparator" w:id="0">
    <w:p w14:paraId="10B2859B" w14:textId="77777777" w:rsidR="000F4904" w:rsidRDefault="000F4904" w:rsidP="005C5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0510119"/>
      <w:docPartObj>
        <w:docPartGallery w:val="Page Numbers (Bottom of Page)"/>
        <w:docPartUnique/>
      </w:docPartObj>
    </w:sdtPr>
    <w:sdtContent>
      <w:p w14:paraId="77ADA338" w14:textId="4CD311AB" w:rsidR="005C501B" w:rsidRDefault="005C501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7A79A5B5" w14:textId="77777777" w:rsidR="005C501B" w:rsidRDefault="005C50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4725B" w14:textId="77777777" w:rsidR="000F4904" w:rsidRDefault="000F4904" w:rsidP="005C501B">
      <w:pPr>
        <w:spacing w:after="0" w:line="240" w:lineRule="auto"/>
      </w:pPr>
      <w:r>
        <w:separator/>
      </w:r>
    </w:p>
  </w:footnote>
  <w:footnote w:type="continuationSeparator" w:id="0">
    <w:p w14:paraId="1171AFDC" w14:textId="77777777" w:rsidR="000F4904" w:rsidRDefault="000F4904" w:rsidP="005C5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C0FF3" w14:textId="757769EB" w:rsidR="005C501B" w:rsidRDefault="005C501B">
    <w:pPr>
      <w:pStyle w:val="Intestazione"/>
    </w:pPr>
    <w:r>
      <w:rPr>
        <w:noProof/>
      </w:rPr>
      <w:drawing>
        <wp:inline distT="0" distB="0" distL="0" distR="0" wp14:anchorId="01274127" wp14:editId="0499AD9E">
          <wp:extent cx="6332220" cy="1105535"/>
          <wp:effectExtent l="0" t="0" r="0" b="0"/>
          <wp:docPr id="4784732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473295" name="Immagine 4784732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220" cy="1105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7904373">
    <w:abstractNumId w:val="8"/>
  </w:num>
  <w:num w:numId="2" w16cid:durableId="518740953">
    <w:abstractNumId w:val="6"/>
  </w:num>
  <w:num w:numId="3" w16cid:durableId="359010075">
    <w:abstractNumId w:val="5"/>
  </w:num>
  <w:num w:numId="4" w16cid:durableId="897012563">
    <w:abstractNumId w:val="4"/>
  </w:num>
  <w:num w:numId="5" w16cid:durableId="2141335401">
    <w:abstractNumId w:val="7"/>
  </w:num>
  <w:num w:numId="6" w16cid:durableId="263999480">
    <w:abstractNumId w:val="3"/>
  </w:num>
  <w:num w:numId="7" w16cid:durableId="1060907564">
    <w:abstractNumId w:val="2"/>
  </w:num>
  <w:num w:numId="8" w16cid:durableId="1139763986">
    <w:abstractNumId w:val="1"/>
  </w:num>
  <w:num w:numId="9" w16cid:durableId="1512061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4904"/>
    <w:rsid w:val="0015074B"/>
    <w:rsid w:val="0029639D"/>
    <w:rsid w:val="00326F90"/>
    <w:rsid w:val="005C501B"/>
    <w:rsid w:val="005E0102"/>
    <w:rsid w:val="00945C26"/>
    <w:rsid w:val="00AA1D8D"/>
    <w:rsid w:val="00B07EEC"/>
    <w:rsid w:val="00B47730"/>
    <w:rsid w:val="00CB0664"/>
    <w:rsid w:val="00E47CFD"/>
    <w:rsid w:val="00F81C6D"/>
    <w:rsid w:val="00FB78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E798A9"/>
  <w14:defaultImageDpi w14:val="300"/>
  <w15:docId w15:val="{050FC330-91D0-4272-8192-DE63C61E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628</Words>
  <Characters>3585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FRANCO FLORA</cp:lastModifiedBy>
  <cp:revision>4</cp:revision>
  <dcterms:created xsi:type="dcterms:W3CDTF">2013-12-23T23:15:00Z</dcterms:created>
  <dcterms:modified xsi:type="dcterms:W3CDTF">2026-10-08T12:56:00Z</dcterms:modified>
  <cp:category/>
</cp:coreProperties>
</file>